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ХРЕСНА ДОРОГА ІСУСА ХРИСТА: 14 СТАЦІЙ ТА МЕДИТАЦІЇ</w:t>
      </w:r>
    </w:p>
    <w:p>
      <w:r>
        <w:t>Хресна дорога — це побожна християнська практика роздумів над стражданнями та хресною смертю нашого Господа Ісуса Христа. Проходячи подумки або у храмі через 14 стацій (зупинок), ми співпереживаємо Спасителеві та очищуємо свої серця через покаяння.</w:t>
      </w:r>
    </w:p>
    <w:p>
      <w:pPr>
        <w:pStyle w:val="Heading2"/>
      </w:pPr>
      <w:r>
        <w:t>1. Стація I: Ісуса засуджують на смерть</w:t>
      </w:r>
    </w:p>
    <w:p>
      <w:r>
        <w:t>«Поклоняємось Тобі, Христе, і величаємо Тебе, бо через Свій святий Хрест Ти відкупив світ. — Пилат засуджує Безгрішного Бога. Ісус мовчки приймає вирок. Навчімося і ми приймати несправедливість без гніву та нарікань. Отче наш... Радуйся, Маріє...»</w:t>
      </w:r>
    </w:p>
    <w:p>
      <w:pPr>
        <w:pStyle w:val="Heading2"/>
      </w:pPr>
      <w:r>
        <w:t>2. Стація II: Ісус бере на Себе хрест</w:t>
      </w:r>
    </w:p>
    <w:p>
      <w:r>
        <w:t>«Ісус бере важкий дерев'яний хрест на Свої зранені плечі. Наш хрест — це наші повсякденні обов'язки, труднощі та хвороби. Приймімо їх з покорою та любов'ю до Бога.»</w:t>
      </w:r>
    </w:p>
    <w:p>
      <w:pPr>
        <w:pStyle w:val="Heading2"/>
      </w:pPr>
      <w:r>
        <w:t>3. Стація VIII: Ісус втішає єрусалимських жінок</w:t>
      </w:r>
    </w:p>
    <w:p>
      <w:r>
        <w:t>««Не плачте за Мною, але за собою й за своїми дітьми плачте» (Лк. 23:28). Господь вчить нас, що найбільше плакати треба через власні гріхи, які є причиною Його страждань.»</w:t>
      </w:r>
    </w:p>
    <w:p>
      <w:pPr>
        <w:pStyle w:val="Heading2"/>
      </w:pPr>
      <w:r>
        <w:t>4. Стація XIV: Ісуса вкладають до гробу</w:t>
      </w:r>
    </w:p>
    <w:p>
      <w:r>
        <w:t>«Тіло Христа покладено у висіченому в скелі гробі. Здається, що все скінчено, але попереду — Воскресіння! Навіть у найтемніші періоди нашого життя пам'ятаймо: за кожною п'ятницею страждань обов'язково наступає неділя Воскресіння.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