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 oración por la salud y la recuperación de los enfermos representa un deber canónico de caridad cristiana. Este folleto contiene las oraciones más poderosas para la sanación de un familiar enfermo y la sinergia de la fe y la medicina.</w:t>
      </w:r>
    </w:p>
    <w:p>
      <w:r>
        <w:t>Fuente de textos canónicos: https://pray.ee/</w:t>
      </w:r>
    </w:p>
    <w:p>
      <w:pPr>
        <w:pStyle w:val="Heading2"/>
      </w:pPr>
      <w:r>
        <w:t>1. Oración principal por la salud de un enfermo</w:t>
      </w:r>
    </w:p>
    <w:p>
      <w:r>
        <w:t>«¡Oh Señor Jesucristo, nuestro Salvador y Médico divino! Mira con compasión a Tu siervo enfermo (nombre), que sufre de dolencias corporales. Alivia su dolor, concédele alivio y levántalo del lecho de enfermedad. Bendice las mentes y manos de los médicos que lo atienden, para que sean instrumentos de Tu sanación todopoderosa. Salva y ten misericordia de Tu siervo (nombre) y concédele una pronta recuperación. Amén.»</w:t>
      </w:r>
    </w:p>
    <w:p>
      <w:r>
        <w:t>Encuentre más oraciones y guías de ascesis espiritual en nuestro sitio web oficial: https://pray.ee/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