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 for the health and recovery of the sick represents a canonical duty of Christian love. This booklet contains the strongest prayers for the healing of sick relatives and the synergy of faith and medicine.</w:t>
      </w:r>
    </w:p>
    <w:p>
      <w:r>
        <w:t>Source of canonical texts: https://pray.ee/</w:t>
      </w:r>
    </w:p>
    <w:p>
      <w:pPr>
        <w:pStyle w:val="Heading2"/>
      </w:pPr>
      <w:r>
        <w:t>1. Main Prayer for the Health of a Sick Person</w:t>
      </w:r>
    </w:p>
    <w:p>
      <w:r>
        <w:t>"O Lord Jesus Christ, our Savior and Healer! Look down with mercy upon Thy suffering servant (name), who is afflicted with bodily illness. Soothe their pain, grant relief, and raise them from the bed of sickness. Bless the minds and hands of the doctors treating them, that they may serve as instruments of Thy almighty healing. Save and have mercy on Thy servant (name) and grant them swift recovery. Amen."</w:t>
      </w:r>
    </w:p>
    <w:p>
      <w:r>
        <w:t>Find more prayers and guides on our website: https://pray.ee/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