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ORACIONES DE SANACIÓN Y POR LA SALUD</w:t>
      </w:r>
    </w:p>
    <w:p>
      <w:r>
        <w:t>La oración por los enfermos es un acto supremo de amor filial y fe en el poder redentor de Jesucristo. Este folleto contiene las oraciones de sanación canónicas más hermosas, incluyendo la oración por un familiar enfermo y la oración de sanación para un hijo.</w:t>
      </w:r>
    </w:p>
    <w:p>
      <w:pPr>
        <w:spacing w:before="240" w:after="120"/>
      </w:pPr>
      <w:r>
        <w:rPr>
          <w:b/>
          <w:color w:val="16A085"/>
          <w:sz w:val="26"/>
        </w:rPr>
        <w:t>1. Oración milagrosa de sanación física y del alma</w:t>
      </w:r>
    </w:p>
    <w:p>
      <w:pPr>
        <w:ind w:left="360"/>
      </w:pPr>
      <w:r>
        <w:rPr>
          <w:i/>
          <w:color w:val="7F8C8D"/>
        </w:rPr>
        <w:t>«¡Oh Señor Jesús, Salvador del mundo y Divino Médico de almas y cuerpos! Tú, que durante Tu paso por la tierra sanaste a los ciegos, leprosos, paralíticos y sordomudos con Tu sola palabra celestial. Te rogamos hoy que extiendas Tu mano omnipotente sobre mí (o sobre Tu siervo/a, nombre) que sufre por la enfermedad corporal. Disipa la fiebre, alivia el dolor físico, fortalece los órganos debilitados y restaura por completo la salud si es para gloria de Tu Nombre y salvación del alma. Amén.»</w:t>
      </w:r>
    </w:p>
    <w:p>
      <w:pPr>
        <w:spacing w:before="240" w:after="120"/>
      </w:pPr>
      <w:r>
        <w:rPr>
          <w:b/>
          <w:color w:val="16A085"/>
          <w:sz w:val="26"/>
        </w:rPr>
        <w:t>2. Oración por la salud de un familiar enfermo</w:t>
      </w:r>
    </w:p>
    <w:p>
      <w:pPr>
        <w:ind w:left="360"/>
      </w:pPr>
      <w:r>
        <w:rPr>
          <w:i/>
          <w:color w:val="7F8C8D"/>
        </w:rPr>
        <w:t>«Padre Celestial, te encomendamos con fe profunda a nuestro querido familiar enfermo (nombre). Te rogamos que en Tu infinita misericordia lo mires con compasión, le des alivio en su dolor, paciencia en su postración y fe inquebrantable en Tu poder sanador. Inspira a los médicos y enfermeros que lo cuidan con sabiduría, y restáuralo para que pueda darte gracias con alegría en la Iglesia. Amén.»</w:t>
      </w:r>
    </w:p>
    <w:p>
      <w:pPr>
        <w:spacing w:before="240" w:after="120"/>
      </w:pPr>
      <w:r>
        <w:rPr>
          <w:b/>
          <w:color w:val="16A085"/>
          <w:sz w:val="26"/>
        </w:rPr>
        <w:t>3. Oración de sanación corta para un hijo</w:t>
      </w:r>
    </w:p>
    <w:p>
      <w:pPr>
        <w:ind w:left="360"/>
      </w:pPr>
      <w:r>
        <w:rPr>
          <w:i/>
          <w:color w:val="7F8C8D"/>
        </w:rPr>
        <w:t>«¡Oh Señor Jesucristo, por la tierna intercesión de Tu Purísima Madre María! Te pido que envíes Tu gracia sanadora sobre mi amado hijo/a (nombre) que está enfermo. Toca su frente con Tu mano amorosa, apaga la calentura, calma su malestar y renuévale las fuerzas. Que crezca sano de cuerpo y espíritu, bendiciendo Tu santo Nombre. Amén.»</w:t>
      </w:r>
    </w:p>
    <w:p>
      <w:pPr>
        <w:spacing w:before="300"/>
      </w:pPr>
    </w:p>
    <w:p>
      <w:pPr>
        <w:jc w:val="center"/>
      </w:pPr>
      <w:r>
        <w:t xml:space="preserve">Descargado de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