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МОЛИТВИ ЗА ПОМЕРЛИХ БАТЬКІВ, ЧОЛОВІКА ТА РОДИЧІВ</w:t>
      </w:r>
    </w:p>
    <w:p>
      <w:r>
        <w:t>Молитва за померлих є найбільшим проявом нашої любові до тих, хто відійшов у вічність. Церква вчить, що душі померлих не можуть самі собі допомогти, але наші молитви та милостиня мають силу полегшити їхню долю і дарувати їм спасіння.</w:t>
      </w:r>
    </w:p>
    <w:p>
      <w:pPr>
        <w:pStyle w:val="Heading2"/>
      </w:pPr>
      <w:r>
        <w:t>1. Молитва за померлих батьків (батька або матір)</w:t>
      </w:r>
    </w:p>
    <w:p>
      <w:r>
        <w:t>«Господи, Ісусе Христе, Боже наш! Ти — сиріт захисник і вдів покровитель. Змилуйся, Господи, над душею покійного раба Твого / раби Твоєї (ім'я), мого батька / моєї матері. Прости йому / їй усі провини вільні й мимовільні, вчинені словом, ділом чи помислом, і осели його / її в оселях праведних, де немає ні болю, ні печалі, ні зітхання, але життя безкінечне. Бо Ти є воскресіння і життя, і упокоєння померлих рабів Твоїх, Христе Боже наш, і Тобі славу возсилаємо з Предвічним Твоїм Отцем, і Пресвятим і Животворчим Твоїм Духом, нині і повсякчас, і на віки віків. Амінь.»</w:t>
      </w:r>
    </w:p>
    <w:p>
      <w:pPr>
        <w:pStyle w:val="Heading2"/>
      </w:pPr>
      <w:r>
        <w:t>2. Молитва вдови за померлого чоловіка</w:t>
      </w:r>
    </w:p>
    <w:p>
      <w:r>
        <w:t>«Христе Ісусе, Господи і Вседержителю! У сокрушенні серця мого молюся Тобі: упокой, Господи, душу померлого раба Твого (ім'я) в оселях Твоїх небесних. Ти забрав у мене чоловіка мого, єдиного друга мого життя. Прости йому всі гріхи його і прийми його в обійми Твого милосердя. Даруй мені сили прожити залишок днів моїх у святості та чистоті, щоб у кінці віку і я сподобилася знову побачитися з ним у Царстві Твоєму. Амінь.»</w:t>
      </w:r>
    </w:p>
    <w:p>
      <w:pPr>
        <w:pStyle w:val="Heading2"/>
      </w:pPr>
      <w:r>
        <w:t>3. Щоденна молитва упокоєння</w:t>
      </w:r>
    </w:p>
    <w:p>
      <w:r>
        <w:t>«Упокой, Господи, душі спочилих рабів Твоїх: батьків моїх, родичів, добродіїв моїх, і всіх православних християн, і прости їм усі провини вільні й мимовільні, і даруй їм Царство Небесне. Амінь.»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