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PRAYERS FOR CHILDREN AND SON (ESPAÑOL)</w:t>
      </w:r>
    </w:p>
    <w:p>
      <w:r>
        <w:t>Este folleto contiene las oraciones de protección más poderosas, sagradas y canónicas para encomendar la vida, salud, bendición y el camino de los hijos e hijas de una familia. Basado en la fe, la herencia de los Santos Padres y los Salmos bíblicos de protección.</w:t>
      </w:r>
    </w:p>
    <w:p>
      <w:r>
        <w:t>Fuente y oraciones completas en el sitio oficial: https://pray.ee/</w:t>
      </w:r>
    </w:p>
    <w:p>
      <w:pPr>
        <w:pStyle w:val="Heading2"/>
      </w:pPr>
      <w:r>
        <w:t>1. Oración de los padres por sus hijos para su protección y bendición</w:t>
      </w:r>
    </w:p>
    <w:p>
      <w:r>
        <w:t>«Señor Dios, Padre Celestial, Tú que nos has bendecido con el don de los hijos, te los encomendamos hoy bajo Tu poderoso y santo amparo. Te rogamos que envíes a Tus santos ángeles para que rodeen a nuestros hijos, guíen sus pasos, mantengan sus mentes claras y puras en medio de las tentaciones del mundo, y los defiendan de toda acechanza. Conviértete en un escudo invisible contra todo mal, enfermedad y peligro. Guarda sus vidas y sus almas para Tu reino eterno. Amén.»</w:t>
      </w:r>
    </w:p>
    <w:p>
      <w:pPr>
        <w:pStyle w:val="Heading2"/>
      </w:pPr>
      <w:r>
        <w:t>2. Oración de una madre por su hijo y la Sangre de Cristo</w:t>
      </w:r>
    </w:p>
    <w:p>
      <w:r>
        <w:t>«Señor Jesucristo, Salvador del mundo, por el poder de Tu Sangre derramada en la Cruz por nuestra redención, cubre, protege y bendice a mi amado hijo (nombre). Te ruego que ates y repelas cualquier fuerza del mal o tentación que intente asediar su vida y su alma. Declaro Tu victoria espiritual sobre su vida, su futuro y sus decisiones cotidianas. Dale Tu fortaleza celestial, enciende en su corazón la fe y la nobleza, y devuélvelo salvo, sano y victorioso en cada paso de su camino. Amén.»</w:t>
      </w:r>
    </w:p>
    <w:p>
      <w:pPr>
        <w:pStyle w:val="Heading2"/>
      </w:pPr>
      <w:r>
        <w:t>3. Oración por un hijo enfermo</w:t>
      </w:r>
    </w:p>
    <w:p>
      <w:r>
        <w:t>«¡Oh Señor Jesús, Médico de almas y cuerpos, que durante Tu vida terrenal sanaste a tantos enfermos con Tu sola palabra! Acudimos a Ti con lágrimas para pedir por la salud de nuestro hijo enfermo (nombre). Te rogamos que mires su sufrimiento con compasión, toques su cuerpo con Tu mano sanadora, alivies su dolor, bajes su fiebre y le devuelvas la salud por completo. Fortalece a los médicos y enfermeros que lo atienden, para que sean instrumentos de Tu amor y poder. Amén.»</w:t>
      </w:r>
    </w:p>
    <w:p>
      <w:pPr>
        <w:pStyle w:val="Heading2"/>
      </w:pPr>
      <w:r>
        <w:t>4. Oración por un hijo rebelde</w:t>
      </w:r>
    </w:p>
    <w:p>
      <w:r>
        <w:t>«¡Oh Santo Arcángel Gabriel y San Miguel, interceded ante el Señor por nuestro hijo rebelde (nombre)! Te rogamos, Señor, que suavices su corazón endurecido, disipes la confusión, la ira y la rebeldía de su mente, y lo guíes de nuevo al camino del respeto, la obediencia y el amor familiar. Dale sabiduría para discernir entre el bien y el mal, y restablece en nuestro hogar la paz y la armonía que provienen de Ti. Amén.»</w:t>
      </w:r>
    </w:p>
    <w:p>
      <w:r>
        <w:t>Encuentre más oraciones, salmos y guías de ascesis espiritual en nuestro sitio web oficial: https://pray.ee/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