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День народження — це час щирої вдячності Господу за дар життя та створення нашої душі. Цей збірник містить канонічні молитви подяки за прожитий рік та молитви благословення для іменинників.</w:t>
      </w:r>
    </w:p>
    <w:p>
      <w:r>
        <w:t>Джерело канонічних текстів: https://pray.ee/</w:t>
      </w:r>
    </w:p>
    <w:p>
      <w:pPr>
        <w:pStyle w:val="Heading2"/>
      </w:pPr>
      <w:r>
        <w:t>1. Молитва подяки в день народження</w:t>
      </w:r>
    </w:p>
    <w:p>
      <w:r>
        <w:t>«Господи, Боже мій, Творцю і Подателю життя! Дякую Тобі за дар цього життя, за кожну мить прожитого року, за Твою милість, терпіння та всемогутній захист. Благослови мій новий життєвий рік, даруй мені мудрість, здоров'я та міцну віру, і веди мене дорогою Твоїх заповідей до спасіння моєї душі. Амінь.»</w:t>
      </w:r>
    </w:p>
    <w:p>
      <w:pPr>
        <w:pStyle w:val="Heading2"/>
      </w:pPr>
      <w:r>
        <w:t>2. Молитва батьків за дитину в її день народження</w:t>
      </w:r>
    </w:p>
    <w:p>
      <w:r>
        <w:t>«Господи Вседержителю, благослови мою дитину (ім'я) в день її народження! Огорни її Своїм небесним покровом, захисти її від гріховних спокус, даруй їй здоров'я, успіх у навчанні та чесних друзів. Нехай її життя буде на Твою славу. Амінь.»</w:t>
      </w:r>
    </w:p>
    <w:p>
      <w:r>
        <w:t>Шукайте більше молитв на нашому сайті: https://pray.ee/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