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 cumpleaños es un tiempo sagrado de acción de gracias a Dios por el don de la vida y la creación de nuestra alma. Este folleto contiene oraciones canónicas de gratitud por el año transcurrido y bendiciones para el cumpleañero.</w:t>
      </w:r>
    </w:p>
    <w:p>
      <w:r>
        <w:t>Fuente de textos canónicos: https://pray.ee/</w:t>
      </w:r>
    </w:p>
    <w:p>
      <w:pPr>
        <w:pStyle w:val="Heading2"/>
      </w:pPr>
      <w:r>
        <w:t>1. Oración de acción de gracias en el día del cumpleaños</w:t>
      </w:r>
    </w:p>
    <w:p>
      <w:r>
        <w:t>«¡Oh Señor Dios mío, Creador y Dador de Vida! Te doy gracias por el precioso don de la vida, por cada momento del año transcurrido y por Tu infinita misericordia, paciencia y protección. Bendice mi nuevo año de existencia, concédeme sabiduría, salud y una fe inquebrantable, y guía mis pasos por el camino de Tus mandamientos. Amén.»</w:t>
      </w:r>
    </w:p>
    <w:p>
      <w:pPr>
        <w:pStyle w:val="Heading2"/>
      </w:pPr>
      <w:r>
        <w:t>2. Oración de los padres por un hijo en su cumpleaños</w:t>
      </w:r>
    </w:p>
    <w:p>
      <w:r>
        <w:t>«¡Señor Todopoderoso, bendice a mi hijo (nombre) en el día de su cumpleaños! Cúbrelo con Tu protección celestial, presérvalo de las tentaciones del pecado, concédele salud, éxito y amigos honestos. Que su vida sea siempre para Tu gloria. Amén.»</w:t>
      </w:r>
    </w:p>
    <w:p>
      <w:r>
        <w:t>Encuentre más oraciones y guías de ascesis espiritual en nuestro sitio web oficial: https://pray.ee/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