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 birthday is a sacred time of thanksgiving to God for the gift of life and creation. This collection contains canonical prayers of gratitude for the past year and blessings for the person celebrating their birthday.</w:t>
      </w:r>
    </w:p>
    <w:p>
      <w:r>
        <w:t>Source of canonical texts: https://pray.ee/</w:t>
      </w:r>
    </w:p>
    <w:p>
      <w:pPr>
        <w:pStyle w:val="Heading2"/>
      </w:pPr>
      <w:r>
        <w:t>1. Prayer of Gratitude on One's Birthday</w:t>
      </w:r>
    </w:p>
    <w:p>
      <w:r>
        <w:t>"O Lord my God, Creator and Giver of Life! I thank Thee for the precious gift of life, for every moment of the past year, and for Thy mercy, patience, and protective care. Bless my new year of life, grant me wisdom, health, and a strong faith, and guide me on the path of Thy commandments. Amen."</w:t>
      </w:r>
    </w:p>
    <w:p>
      <w:pPr>
        <w:pStyle w:val="Heading2"/>
      </w:pPr>
      <w:r>
        <w:t>2. A Parent's Prayer for a Child on Their Birthday</w:t>
      </w:r>
    </w:p>
    <w:p>
      <w:r>
        <w:t>"Almighty Lord, bless my child (name) on their birthday! Cover them with Your heavenly protection, preserve them from sinful temptations, grant them health, success, and honest friends. May their life be lived for Your glory. Amen."</w:t>
      </w:r>
    </w:p>
    <w:p>
      <w:r>
        <w:t>Find more prayers and guides on our website: https://pray.ee/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