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PRAYER BOOKLET TO JESUS CHRIST, THE JUST JUDGE</w:t>
      </w:r>
    </w:p>
    <w:p>
      <w:r>
        <w:t>This booklet compiles the most powerful canonical prayers to our Lord Jesus Christ, the Just Judge of the living and the dead. These prayers possess an extraordinary grace to protect the faithful against unjust trials, legal issues, false accusations, enemies, and oppression.</w:t>
      </w:r>
    </w:p>
    <w:p>
      <w:pPr>
        <w:spacing w:before="240" w:after="120"/>
      </w:pPr>
      <w:r>
        <w:rPr>
          <w:b/>
          <w:color w:val="16A085"/>
          <w:sz w:val="26"/>
        </w:rPr>
        <w:t>1. Powerful Prayer to the Just Judge for Protection and Justice</w:t>
      </w:r>
    </w:p>
    <w:p>
      <w:pPr>
        <w:ind w:left="360"/>
      </w:pPr>
      <w:r>
        <w:rPr>
          <w:i/>
          <w:color w:val="7F8C8D"/>
        </w:rPr>
        <w:t>"O Lord Jesus Christ, my Divine and Just Judge, King of kings and Lord of lords! You who know the secrets of all hearts and judge not by human appearance, but with righteousness and mercy. I beseech You in my times of trial and tribulation: be my protector against those who unjustly persecute me, shield me from false accusations, deceit, and malice. Deliver me from legal hardships, prison, and the traps of my enemies. Cover me with Your holy mantle and guide my steps toward truth. Grant me Your peace, and teach me to forgive those who wrong me, trusting always in Your ultimate justice. Amen."</w:t>
      </w:r>
    </w:p>
    <w:p>
      <w:pPr>
        <w:spacing w:before="240" w:after="120"/>
      </w:pPr>
      <w:r>
        <w:rPr>
          <w:b/>
          <w:color w:val="16A085"/>
          <w:sz w:val="26"/>
        </w:rPr>
        <w:t>2. Prayer Before Entering a Courtroom and Facing Trial</w:t>
      </w:r>
    </w:p>
    <w:p>
      <w:pPr>
        <w:ind w:left="360"/>
      </w:pPr>
      <w:r>
        <w:rPr>
          <w:i/>
          <w:color w:val="7F8C8D"/>
        </w:rPr>
        <w:t>"Sovereign Lord, Creator of heaven and earth! You have established authority to maintain justice among nations. I pray to You today: look upon my cause with Your merciful eyes. Enlighten the minds of the judges and lawyers, reveal the truth, and deliver me from the falsehoods, slander, and jealousy of my adversaries. May Your Holy Spirit guide this trial, so that justice may prevail and Your holy name be glorified. Amen."</w:t>
      </w:r>
    </w:p>
    <w:p>
      <w:pPr>
        <w:spacing w:before="240" w:after="120"/>
      </w:pPr>
      <w:r>
        <w:rPr>
          <w:b/>
          <w:color w:val="16A085"/>
          <w:sz w:val="26"/>
        </w:rPr>
        <w:t>3. Prayer of Thanksgiving After a Favorable Verdict or Legal Resolution</w:t>
      </w:r>
    </w:p>
    <w:p>
      <w:pPr>
        <w:ind w:left="360"/>
      </w:pPr>
      <w:r>
        <w:rPr>
          <w:i/>
          <w:color w:val="7F8C8D"/>
        </w:rPr>
        <w:t>"I thank You, Lord Jesus Christ, my Just and Merciful Judge, for Your divine intervention and protection! You did not abandon me in my hour of distress, but shielded me from false charges and revealed Your truth. I praise Your infinite mercy, promising to dedicate my life to Your holy commandments. Amen."</w:t>
      </w:r>
    </w:p>
    <w:p>
      <w:pPr>
        <w:spacing w:before="240" w:after="120"/>
      </w:pPr>
      <w:r>
        <w:rPr>
          <w:b/>
          <w:color w:val="16A085"/>
          <w:sz w:val="26"/>
        </w:rPr>
        <w:t>4. Mental Sobriety Prayer for Deliverance and Peace</w:t>
      </w:r>
    </w:p>
    <w:p>
      <w:pPr>
        <w:ind w:left="360"/>
      </w:pPr>
      <w:r>
        <w:rPr>
          <w:i/>
          <w:color w:val="7F8C8D"/>
        </w:rPr>
        <w:t>"Lord Jesus Christ, Son of God, my Just Judge, protect me from all evil and have mercy on me. Amen."</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