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ПОВНИЙ ПРАВОСЛАВНИЙ ПОСІБНИК ДЛЯ ІСПИТУ СОВІСТІ ПЕРЕД СПОВІДДЮ</w:t>
      </w:r>
    </w:p>
    <w:p>
      <w:r>
        <w:t>Цей посібник допоможе вам підготувати душу до Таїнства Сповіді. Сповідь повинна бути щирою, глибокою та свідомою.</w:t>
      </w:r>
    </w:p>
    <w:p>
      <w:pPr>
        <w:pStyle w:val="Heading2"/>
      </w:pPr>
      <w:r>
        <w:t>1. ІСПИТ СОВІСТІ ЗА ДЕСЯТЬМА ЗАПОВІДЯМИ БОЖИМИ</w:t>
      </w:r>
    </w:p>
    <w:p>
      <w:pPr>
        <w:pStyle w:val="Heading2"/>
      </w:pPr>
      <w:r>
        <w:t>Заповідь 1: Я є Господь Бог твій, нехай не буде в тебе інших богів, крім Мене.</w:t>
      </w:r>
    </w:p>
    <w:p>
      <w:r>
        <w:t>Гріхи проти заповіді: невірство, сумніви, звернення до екстрасенсів, астрологів, забобони, носіння талісманів замість натільного хреста, забуття Бога.</w:t>
      </w:r>
    </w:p>
    <w:p>
      <w:pPr>
        <w:pStyle w:val="Heading2"/>
      </w:pPr>
      <w:r>
        <w:t>Заповідь 2: Не роби собі кумира і ніякого зображення...</w:t>
      </w:r>
    </w:p>
    <w:p>
      <w:r>
        <w:t>Гріхи проти заповіді: надмірне прагнення грошей, кар'єри, марнославство, створення кумирів із відомих людей або власних пристрастей.</w:t>
      </w:r>
    </w:p>
    <w:p>
      <w:pPr>
        <w:pStyle w:val="Heading2"/>
      </w:pPr>
      <w:r>
        <w:t>Заповідь 3: Не промовляй імені Господа Бога твого даремно.</w:t>
      </w:r>
    </w:p>
    <w:p>
      <w:r>
        <w:t>Гріхи проти заповіді: вживання імені Божого у звичайних розмовах, жартах, фальшиві клятви ім'ям Божим, нарікання на Його волю.</w:t>
      </w:r>
    </w:p>
    <w:p>
      <w:pPr>
        <w:pStyle w:val="Heading2"/>
      </w:pPr>
      <w:r>
        <w:t>Заповідь 4: Пам'ятай день суботній, щоб святити його...</w:t>
      </w:r>
    </w:p>
    <w:p>
      <w:r>
        <w:t>Гріхи проти заповіді: пропуск недільних літургій без поважних причин, праця у великі свята замість молитви, нечитання молитов.</w:t>
      </w:r>
    </w:p>
    <w:p>
      <w:pPr>
        <w:pStyle w:val="Heading2"/>
      </w:pPr>
      <w:r>
        <w:t>Заповідь 5: Шануй батька твого і матір твою...</w:t>
      </w:r>
    </w:p>
    <w:p>
      <w:r>
        <w:t>Гріхи проти заповіді: неповага до батьків, образи, небажання допомагати їм у старості, грубість, непослух учителям та наставникам.</w:t>
      </w:r>
    </w:p>
    <w:p>
      <w:pPr>
        <w:pStyle w:val="Heading2"/>
      </w:pPr>
      <w:r>
        <w:t>Заповідь 6: Не вбивай.</w:t>
      </w:r>
    </w:p>
    <w:p>
      <w:r>
        <w:t>Гріхи проти заповіді: аборт (або участь у ньому), гнів, бажання зла іншим, бійки, образи, які ранять душі ближніх, шкідливі звички.</w:t>
      </w:r>
    </w:p>
    <w:p>
      <w:pPr>
        <w:pStyle w:val="Heading2"/>
      </w:pPr>
      <w:r>
        <w:t>Заповідь 7: Не чини перелюбу.</w:t>
      </w:r>
    </w:p>
    <w:p>
      <w:r>
        <w:t>Гріхи проти заповіді: подружня зрада, нечисті думки та бажання, блуд до шлюбу, перегляд нечистих матеріалів.</w:t>
      </w:r>
    </w:p>
    <w:p>
      <w:pPr>
        <w:pStyle w:val="Heading2"/>
      </w:pPr>
      <w:r>
        <w:t>Заповідь 8: Не кради.</w:t>
      </w:r>
    </w:p>
    <w:p>
      <w:r>
        <w:t>Гріхи проти заповіді: привласнення чужого майна, несплата боргів, обман на роботі чи в торгівлі, хабарництво, марнування робочого часу.</w:t>
      </w:r>
    </w:p>
    <w:p>
      <w:pPr>
        <w:pStyle w:val="Heading2"/>
      </w:pPr>
      <w:r>
        <w:t>Заповідь 9: Не свідчи неправдиво проти ближнього твого.</w:t>
      </w:r>
    </w:p>
    <w:p>
      <w:r>
        <w:t>Гріхи проти заповіді: брехня, наклепи, плітки, розголошення чужих таємниць, засудження інших людей.</w:t>
      </w:r>
    </w:p>
    <w:p>
      <w:pPr>
        <w:pStyle w:val="Heading2"/>
      </w:pPr>
      <w:r>
        <w:t>Заповідь 10: Не заздри...</w:t>
      </w:r>
    </w:p>
    <w:p>
      <w:r>
        <w:t>Гріхи проти заповіді: заздрість до чужого успіху, майна, краси чи щастя, невдячність Богові за власне життя.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