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CONCIENCIA ANTES DE LA CONFESION</w:t>
      </w:r>
    </w:p>
    <w:p>
      <w:r>
        <w:t>El examen de conciencia es la preparación indispensable antes de recibir el Sacramento de la Penitencia (Senda de la Reconciliación). Consiste en revisar honestamente nuestras acciones, palabras, pensamientos y omisiones a la luz de los 10 Mandamientos de la Ley de Dios y los Mandamientos del Amor. Este folleto contiene una guía detallada de preparación y la oración completa del 'Yo Pecador'.</w:t>
      </w:r>
    </w:p>
    <w:p>
      <w:r>
        <w:t>Fuente y guías espirituales completas: https://pray.ee/</w:t>
      </w:r>
    </w:p>
    <w:p>
      <w:pPr>
        <w:pStyle w:val="Heading2"/>
      </w:pPr>
      <w:r>
        <w:t>1. Examen de conciencia basado en los 10 Mandamientos</w:t>
      </w:r>
    </w:p>
    <w:p>
      <w:r>
        <w:t>- I. Amarás a Dios sobre todas las cosas: ¿He descuidado mi oración diaria? ¿He participado en prácticas esotéricas o adivinación? ¿He dudado de la bondad de Dios?</w:t>
      </w:r>
    </w:p>
    <w:p>
      <w:r>
        <w:t>- II. No tomarás el Nombre de Dios en vano: ¿He jurado en vano? ¿He usado el Santo Nombre de Dios con ligereza o ira?</w:t>
      </w:r>
    </w:p>
    <w:p>
      <w:r>
        <w:t>- III. Santificarás las fiestas: ¿He faltado a la Santa Misa o Divina Liturgia los domingos sin causa grave?</w:t>
      </w:r>
    </w:p>
    <w:p>
      <w:r>
        <w:t>- IV. Honrarás a tu padre y a tu madre: ¿He faltado al respeto o desobedecido a mis padres? ¿He descuidado mis deberes familiares?</w:t>
      </w:r>
    </w:p>
    <w:p>
      <w:r>
        <w:t>- V. No matarás: ¿He herido a alguien con palabras, calumnias o violencia física? ¿He guardado rencor o deseo de venganza?</w:t>
      </w:r>
    </w:p>
    <w:p>
      <w:r>
        <w:t>- VI. No cometerás actos impuros: ¿He faltado a la pureza con pensamientos, palabras o acciones desordenadas? ¿He respetado la fidelidad matrimonial?</w:t>
      </w:r>
    </w:p>
    <w:p>
      <w:r>
        <w:t>- VII. No robarás: ¿He tomado dinero u objetos ajenos? ¿He sido honesto en mi trabajo y negocios?</w:t>
      </w:r>
    </w:p>
    <w:p>
      <w:r>
        <w:t>- VIII. No dirás falso testimonio ni mentirás: ¿He mentido? ¿He difamado o calumniado la reputación de mi prójimo?</w:t>
      </w:r>
    </w:p>
    <w:p>
      <w:r>
        <w:t>- IX. No consentirás pensamientos ni deseos impuros: ¿He alimentado voluntariamente pensamientos impuros?</w:t>
      </w:r>
    </w:p>
    <w:p>
      <w:r>
        <w:t>- X. No codiciarás los bienes ajenos: ¿He tenido envidia de la fortuna, trabajo o felicidad de mi prójimo?</w:t>
      </w:r>
    </w:p>
    <w:p>
      <w:pPr>
        <w:pStyle w:val="Heading2"/>
      </w:pPr>
      <w:r>
        <w:t>2. La oración completa del 'Yo Pecador' (Confiteor)</w:t>
      </w:r>
    </w:p>
    <w:p>
      <w:r>
        <w:t>«Yo confieso ante Dios Todopoderoso, y ante vosotros hermanos, que he pecado mucho de pensamiento, palabra, obra y omisión. Por mi culpa, por mi culpa, por mi gran culpa. Por eso ruego a Santa María siempre Virgen, a los Ángeles, a los Santos y a vosotros hermanos, que intercedáis por mí ante Dios, nuestro Señor. Amén.»</w:t>
      </w:r>
    </w:p>
    <w:p>
      <w:pPr>
        <w:pStyle w:val="Heading2"/>
      </w:pPr>
      <w:r>
        <w:t>3. La Oración Yo Pecador en Latín (Confiteor)</w:t>
      </w:r>
    </w:p>
    <w:p>
      <w:r>
        <w:t>«Confiteor Deo omnipotenti, et vobis fratres, quia peccavi nimis cogitatione, verbo, opere et omissione: mea culpa, mea culpa, mea maxima culpa. Ideo precor beatam Mariam semper Virginem, omnes Angelos et Sanctos, et vos fratres, orare pro me ad Dominum Deum nostrum. Amen.»</w:t>
      </w:r>
    </w:p>
    <w:p>
      <w:r>
        <w:t>Encuentre más oraciones, salmos y guías de ascesis espiritual en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