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ВЕЛИКИЙ ЗБІРНИК МОЛИТВ ЗА ДІТЕЙ ТА СИНА: ЗАХИСТ, ЗДОРОВ'Я ТА БЛАГОСЛОВЕННЯ</w:t>
      </w:r>
    </w:p>
    <w:p>
      <w:r>
        <w:t>Цей збірник містить найсильніші молитви та духовні настанови для захисту ваших дітей та синів. Молитва батьків — це духовний щит, який діє на будь-якій відстані.</w:t>
      </w:r>
    </w:p>
    <w:p>
      <w:pPr>
        <w:pStyle w:val="Heading2"/>
      </w:pPr>
      <w:r>
        <w:t>1. БІБЛІЙНА ОСНОВА ТА СИЛА БАТЬКІВСЬКОЇ МОЛИТВИ</w:t>
      </w:r>
    </w:p>
    <w:p>
      <w:r>
        <w:t>Святе Письмо відкриває нам дивовижні приклади того, як віра батьків змінює долю дітей:</w:t>
      </w:r>
    </w:p>
    <w:p>
      <w:r>
        <w:t>- Молитва Ганни (1 Самуїла 1): яка вимолила сина Самуїла у слізній молитві і присвятила його Богу, і він став великим пророком.</w:t>
      </w:r>
    </w:p>
    <w:p>
      <w:r>
        <w:t>- Молитва Хананеянки (Матвія 15:21-28): її незламна віра та наполегливість змусили Спасителя зцілити її біснувату доньку.</w:t>
      </w:r>
    </w:p>
    <w:p>
      <w:r>
        <w:t>- Віра Яіра (Марка 5): батько, який припав до ніг Христа, і за його вірою Господь воскресив його померлу доньку.</w:t>
      </w:r>
    </w:p>
    <w:p>
      <w:pPr>
        <w:pStyle w:val="Heading2"/>
      </w:pPr>
      <w:r>
        <w:t>2. МОЛИТВА ГОСПОДНЯ — ОТЧЕ НАШ</w:t>
      </w:r>
    </w:p>
    <w:p>
      <w:r>
        <w:t>Отче наш, що єси на небесах, нехай святиться ім’я Твоє; нехай прийде Царство Твоє; нехай буде воля Твоя, як на небі, так і на землі. Хліб наш насущний дай нам сьогодні; і прости нам провини наші, як і ми прощаємо винуватцям нашим; і не введи нас у спокусу, але визволи нас від лукавого. Бо Твоє є Царство, і сила, і слава, Отця, і Сина, і Святого Духа, нині, і повсякчас, і на віки віків. Амінь.</w:t>
      </w:r>
    </w:p>
    <w:p>
      <w:pPr>
        <w:pStyle w:val="Heading2"/>
      </w:pPr>
      <w:r>
        <w:t>3. ПСАЛОМ 90 — НАЙСИЛЬНІШИЙ ЗАХИСНИЙ ОБЕРІГ</w:t>
      </w:r>
    </w:p>
    <w:p>
      <w:r>
        <w:t>Хто живе під охороною Всевишнього, той під тінню Всемогутнього покоїться. Каже він до Господа: 'Ти притулок мій і фортеця моя, Бог мій, на Якого я надіюся!' Бо Він спасе тебе від сіті ловця і від пошесті згубної. Пір'ям Своїм Він покриє тебе, і під крилами Його ти будеш безпечний; щит і зброя — істина Його. Не побоїшся страху вночі, ні стріли, що летить удень, ні пошесті, що ходить у темряві, ні зарази, що нищить опівдні. Впаде біля тебе тисяча, і десять тисяч праворуч тебе, але до тебе не наблизиться. Тільки очима своїми будеш дивитися і помсту над беззаконними бачити. Бо ти сказав: 'Господь — надія моя', і Всевишнього обрав ти своїм захисником. Не прийде до тебе лихо, і пошесть не наблизиться до оселі твоєї. Бо Ангелам Своїм Він накаже про тебе, щоб охороняли тебе на всіх дорогах твоїх. На руках понесуть тебе, щоб не спіткнувся ти ногою своєю об камінь. На аспида й василіска наступатимеш, попиратимеш лева й дракона. 'За те, що він поклав на Мене надію Свою, Я врятую його; захищу його, бо він знає ім'я Моє. Буде кликати Мене — Я почую його; буду з ним у скорботі, визволю його і прославлю його. Довгим життям насичу його і дам йому спасіння Моє'. Амінь.</w:t>
      </w:r>
    </w:p>
    <w:p>
      <w:pPr>
        <w:pStyle w:val="Heading2"/>
      </w:pPr>
      <w:r>
        <w:t>4. МОЛИТВИ ЗА ДІТЕЙ ДО ПРЕСВЯТОЇ БОГОРОДИЦІ ТА СВЯТИХ</w:t>
      </w:r>
    </w:p>
    <w:p>
      <w:r>
        <w:t>Молитва до Пресвятої Богородиці про покров дітей:</w:t>
      </w:r>
    </w:p>
    <w:p>
      <w:r>
        <w:t>«О, Пресвята Владичице Діво Богородице, спаси і збережи під покровом Твоїм моїх дітей (імена). Вручаю їх Твоєму материнському заступництву. Будь їм притулком і захистом, захисти від усякого зла, хвороб та небезпек. Амінь.»</w:t>
      </w:r>
    </w:p>
    <w:p>
      <w:r>
        <w:t>Молитва за здоров'я дитини до святого Пантелеймона:</w:t>
      </w:r>
    </w:p>
    <w:p>
      <w:r>
        <w:t>«Святий великомученику і цілителю Пантелеймоне! Поглянь оком милості твоєї на хвору дитину (ім'я) і випроси у Господа Бога зцілення від недуги її, щоб вона здорова прославляла ім'я твоє святе та милосердя Боже. Амінь.»</w:t>
      </w:r>
    </w:p>
    <w:p>
      <w:r>
        <w:t>Молитва за сина-воїна до Архистратига Михаїла:</w:t>
      </w:r>
    </w:p>
    <w:p>
      <w:r>
        <w:t>«Святий вождю Небесних Сил, Архистратиже Михаїле! Будь щитом і захисником для мого сина (ім'я) на полі бою. Своїм вогненним мечем захисти його від куль, мін, осколків та всякої зброї ворожої. Збережи його неушкодженим і поверни живим додому. Амінь.»</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