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GREAT COLLECTION OF PRAYERS FOR CHILDREN AND SON: PROTECTION AND HEALING</w:t>
      </w:r>
    </w:p>
    <w:p>
      <w:r>
        <w:t>This collection contains the most powerful prayers and spiritual advice for the protection of your children and sons. Parental prayer is a spiritual shield that works at any distance.</w:t>
      </w:r>
    </w:p>
    <w:p>
      <w:pPr>
        <w:pStyle w:val="Heading2"/>
      </w:pPr>
      <w:r>
        <w:t>1. BIBLICAL FOUNDATIONS AND THE POWER OF PARENTAL PRAYER</w:t>
      </w:r>
    </w:p>
    <w:p>
      <w:r>
        <w:t>The Holy Scriptures reveal wonderful examples of how parents' faith changes their children's destinies:</w:t>
      </w:r>
    </w:p>
    <w:p>
      <w:r>
        <w:t>- The Prayer of Hannah (1 Samuel 1): who pleaded for her son Samuel in tearful prayer and dedicated him to God, and he became a great prophet.</w:t>
      </w:r>
    </w:p>
    <w:p>
      <w:r>
        <w:t>- The Faith of the Canaanite Woman (Matthew 15:21-28): her persistent faith moved Christ to heal her possessed daughter.</w:t>
      </w:r>
    </w:p>
    <w:p>
      <w:r>
        <w:t>- The Faith of Jairus (Mark 5): a father who fell at Jesus' feet, and through his faith, the Lord resurrected his deceased daughter.</w:t>
      </w:r>
    </w:p>
    <w:p>
      <w:pPr>
        <w:pStyle w:val="Heading2"/>
      </w:pPr>
      <w:r>
        <w:t>2. THE LORD'S PRAYER — OUR FATHER</w:t>
      </w:r>
    </w:p>
    <w:p>
      <w: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of the Father, and of the Son, and of the Holy Spirit, now and ever, and unto the ages of ages. Amen.</w:t>
      </w:r>
    </w:p>
    <w:p>
      <w:pPr>
        <w:pStyle w:val="Heading2"/>
      </w:pPr>
      <w:r>
        <w:t>3. PSALM 91 — THE ULTIMATE SHIELD OF PROTECTION</w:t>
      </w:r>
    </w:p>
    <w:p>
      <w:r>
        <w:t>He that dwelleth in the secret place of the most High shall abide under the shadow of the Almighty. I will say of the Lord, He is my refuge and my fortress: my God; in Him will I trust. Surely He shall deliver thee from the snare of the fowler, and from the noisome pestilence. He shall cover thee with His feathers, and under His wings shalt thou trust: His truth shall be thy shield and buckler. Thou shalt not be afraid for the terror by night; nor for the arrow that flieth by day; nor for the pestilence that walketh in darkness; nor for the destruction that wasteth at noonday. A thousand shall fall at thy side, and ten thousand at thy right hand; but it shall not come nigh thee. Only with thine eyes shalt thou behold and see the reward of the wicked. Because thou hast made the Lord, which is my refuge, even the most High, thy habitation; there shall no evil befall thee, neither shall any plague come nigh thy dwelling. For He shall give His angels charge over thee, to keep thee in all thy ways. They shall bear thee up in their hands, lest thou dash thy foot against a stone. Thou shalt tread upon the lion and adder: the young lion and the dragon shalt thou trample under feet. 'Because he hath set his love upon Me, therefore will I deliver him: I will set him on high, because he hath known My name. He shall call upon Me, and I will answer him: I will be with him in trouble; I will deliver him, and honor him. With long life will I satisfy him, and show him My salvation.' Amen.</w:t>
      </w:r>
    </w:p>
    <w:p>
      <w:pPr>
        <w:pStyle w:val="Heading2"/>
      </w:pPr>
      <w:r>
        <w:t>4. INTERCESSORY PRAYERS TO THE THEOTOKOS AND SAINTS</w:t>
      </w:r>
    </w:p>
    <w:p>
      <w:r>
        <w:t>Mother's Prayer to the Virgin Mary for Children's Protection:</w:t>
      </w:r>
    </w:p>
    <w:p>
      <w:r>
        <w:t>"O Most Holy Lady Virgin Theotokos, save and preserve under Your protection my children (names). I entrust them to Your maternal care. Be their refuge, protect them from all evil, sickness, and danger. Amen."</w:t>
      </w:r>
    </w:p>
    <w:p>
      <w:r>
        <w:t>Prayer to Saint Panteleimon for a Sick Child's Healing:</w:t>
      </w:r>
    </w:p>
    <w:p>
      <w:r>
        <w:t>"Holy Great-Martyr and Healer Panteleimon! Look with compassion upon the sick child (name) and ask the Lord God to grant them recovery from sickness, that they may glorify thee and God's mercy. Amen."</w:t>
      </w:r>
    </w:p>
    <w:p>
      <w:r>
        <w:t>Prayer to Archangel Michael for a Warrior Son on the Battlefield:</w:t>
      </w:r>
    </w:p>
    <w:p>
      <w:r>
        <w:t>"Holy commander of the Heavenly Host, Archangel Michael! Be a shield and protector for my son (name) on the battlefield. With thy fiery sword, guard him from bullets, shrapnel, and all enemy weapons. Return him home safe and sound.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