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C3E50"/>
          <w:sz w:val="32"/>
        </w:rPr>
        <w:t>CHRISTIAN CALENDAR: AUGUST 19</w:t>
      </w:r>
    </w:p>
    <w:p>
      <w:r>
        <w:t>Today, August 19, the Christian Church commemorates Saint Andrew Stratelates and his 2593 military companions (Eastern tradition) and Saint John Eudes (Western tradition). This day is dedicated to prayers for military defenders, soldiers on the frontlines, and the Sacred Heart of Jesus.</w:t>
      </w:r>
    </w:p>
    <w:p>
      <w:pPr>
        <w:spacing w:before="240" w:after="120"/>
      </w:pPr>
      <w:r>
        <w:rPr>
          <w:b/>
          <w:color w:val="16A085"/>
          <w:sz w:val="26"/>
        </w:rPr>
        <w:t>1. The Lord's Prayer (Our Father)</w:t>
      </w:r>
    </w:p>
    <w:p>
      <w:pPr>
        <w:ind w:left="360"/>
      </w:pPr>
      <w:r>
        <w:rPr>
          <w:i/>
          <w:color w:val="7F8C8D"/>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Amen."</w:t>
      </w:r>
    </w:p>
    <w:p>
      <w:pPr>
        <w:spacing w:before="240" w:after="120"/>
      </w:pPr>
      <w:r>
        <w:rPr>
          <w:b/>
          <w:color w:val="16A085"/>
          <w:sz w:val="26"/>
        </w:rPr>
        <w:t>2. Angelic Salutation (Hail Mary)</w:t>
      </w:r>
    </w:p>
    <w:p>
      <w:pPr>
        <w:ind w:left="360"/>
      </w:pPr>
      <w:r>
        <w:rPr>
          <w:i/>
          <w:color w:val="7F8C8D"/>
        </w:rPr>
        <w:t>"Hail Mary, full of grace, the Lord is with thee; blessed art thou among women, and blessed is the fruit of thy womb, Jesus. Holy Mary, Mother of God, pray for us sinners, now and at the hour of our death. Amen."</w:t>
      </w:r>
    </w:p>
    <w:p>
      <w:pPr>
        <w:spacing w:before="240" w:after="120"/>
      </w:pPr>
      <w:r>
        <w:rPr>
          <w:b/>
          <w:color w:val="16A085"/>
          <w:sz w:val="26"/>
        </w:rPr>
        <w:t>3. Prayer for Military Defenders to Saint Andrew Stratelates</w:t>
      </w:r>
    </w:p>
    <w:p>
      <w:pPr>
        <w:ind w:left="360"/>
      </w:pPr>
      <w:r>
        <w:rPr>
          <w:i/>
          <w:color w:val="7F8C8D"/>
        </w:rPr>
        <w:t>"O Holy Martyr Andrew Stratelates, who led your soldiers with faith and courage! Intercede before the Lord of Hosts for our military defenders (names). Be their shield in battle, cover them with your honorable protection, and return them alive and victorious to their homes. Amen."</w:t>
      </w:r>
    </w:p>
    <w:p>
      <w:pPr>
        <w:spacing w:before="300"/>
      </w:pPr>
    </w:p>
    <w:p>
      <w:pPr>
        <w:jc w:val="center"/>
      </w:pPr>
      <w:r>
        <w:t xml:space="preserve">Descargado de / Downloaded from </w:t>
      </w:r>
      <w:hyperlink r:id="rId9">
        <w:r>
          <w:rPr>
            <w:color w:val="0056B3"/>
          </w:rPr>
          <w:t>https://pray.ee/</w:t>
        </w:r>
      </w:hyperlink>
    </w:p>
    <w:sectPr w:rsidR="00FC693F" w:rsidRPr="0006063C" w:rsidSect="00034616">
      <w:pgSz w:w="12240" w:h="15840"/>
      <w:pgMar w:top="800" w:right="800" w:bottom="800" w:left="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00" w:lineRule="auto" w:after="16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