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BIRTHDAY PRAYER BOOKLET: THANKSGIVING AND BLESSINGS</w:t>
      </w:r>
    </w:p>
    <w:p>
      <w:r>
        <w:t>A birthday is a day of profound divine mercy and appreciation for the gift of life. This booklet compiles the most powerful Christian prayers of thanksgiving to the Creator, seeking blessings for the upcoming year of life, parental prayers for children, and requests for angelic protection.</w:t>
      </w:r>
    </w:p>
    <w:p>
      <w:pPr>
        <w:spacing w:before="240" w:after="120"/>
      </w:pPr>
      <w:r>
        <w:rPr>
          <w:b/>
          <w:color w:val="16A085"/>
          <w:sz w:val="26"/>
        </w:rPr>
        <w:t>1. Prayer of Thanksgiving for the Gift of Life and the Past Year</w:t>
      </w:r>
    </w:p>
    <w:p>
      <w:pPr>
        <w:ind w:left="360"/>
      </w:pPr>
      <w:r>
        <w:rPr>
          <w:i/>
          <w:color w:val="7F8C8D"/>
        </w:rPr>
        <w:t>"Lord God, Sovereign of all visible and invisible things! I bow before Your holy throne on this day of my birth, offering my wholehearted gratitude for the priceless gift of life You have granted me. Thank You for Your patience, Your protection, and the mercy with which You have accompanied me throughout my life. Forgive all my sins, and bless my new year of life with health, peace, and steadfast faith. Amen."</w:t>
      </w:r>
    </w:p>
    <w:p>
      <w:pPr>
        <w:spacing w:before="240" w:after="120"/>
      </w:pPr>
      <w:r>
        <w:rPr>
          <w:b/>
          <w:color w:val="16A085"/>
          <w:sz w:val="26"/>
        </w:rPr>
        <w:t>2. Parent's Prayer of Blessing for a Child on Their Birthday</w:t>
      </w:r>
    </w:p>
    <w:p>
      <w:pPr>
        <w:ind w:left="360"/>
      </w:pPr>
      <w:r>
        <w:rPr>
          <w:i/>
          <w:color w:val="7F8C8D"/>
        </w:rPr>
        <w:t>"O Most Holy Virgin Mary and Almighty God! I place my child into Your holy hands on this day of their birth. Bless their path of life with health, clarity of mind, purity of heart, and heavenly wisdom. Protect them from evil associations, harmful temptations, and sudden dangers. May Your holy mantle cover them at every step. Amen."</w:t>
      </w:r>
    </w:p>
    <w:p>
      <w:pPr>
        <w:spacing w:before="240" w:after="120"/>
      </w:pPr>
      <w:r>
        <w:rPr>
          <w:b/>
          <w:color w:val="16A085"/>
          <w:sz w:val="26"/>
        </w:rPr>
        <w:t>3. Prayer to the Guardian Angel for Guidance and Protection</w:t>
      </w:r>
    </w:p>
    <w:p>
      <w:pPr>
        <w:ind w:left="360"/>
      </w:pPr>
      <w:r>
        <w:rPr>
          <w:i/>
          <w:color w:val="7F8C8D"/>
        </w:rPr>
        <w:t>"Holy Angel, my heavenly protector, appointed by the Creator to guard my soul and body! I implore you on the day of my birth: do not depart from me, guard my mind in sobriety, guide my steps toward righteous deeds, and shield me from all visible and invisible evils in the upcoming year of my life. Amen."</w:t>
      </w:r>
    </w:p>
    <w:p>
      <w:pPr>
        <w:spacing w:before="240" w:after="120"/>
      </w:pPr>
      <w:r>
        <w:rPr>
          <w:b/>
          <w:color w:val="16A085"/>
          <w:sz w:val="26"/>
        </w:rPr>
        <w:t>4. Meditative Solitude Rule (Hesychastic Prayer for Longevity of Spirit)</w:t>
      </w:r>
    </w:p>
    <w:p>
      <w:pPr>
        <w:ind w:left="360"/>
      </w:pPr>
      <w:r>
        <w:rPr>
          <w:i/>
          <w:color w:val="7F8C8D"/>
        </w:rPr>
        <w:t>"Lord Jesus Christ, Son of God, through the intercession of the Blessed Virgin Mary and my Guardian Angel, bless my new year of life and have mercy on me. Amen."</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