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МОЛИТВА-ОБЕРІГ ДЛЯ ВОЇНА-ЧОЛОВІКА</w:t>
      </w:r>
    </w:p>
    <w:p>
      <w:r>
        <w:t>Молитва дружини за свого чоловіка-воїна має неймовірну духовну силу завдяки Таїнству Шлюбу, яке єднає подружжя в 'одну плоть'. Цей молитовний збірник містить найсильніші канонічні молитви про захист захисників від куль, снарядів, вибухів та всякого зла на полі бою.</w:t>
      </w:r>
    </w:p>
    <w:p>
      <w:pPr>
        <w:spacing w:before="240" w:after="120"/>
      </w:pPr>
      <w:r>
        <w:rPr>
          <w:b/>
          <w:color w:val="16A085"/>
          <w:sz w:val="26"/>
        </w:rPr>
        <w:t>1. Сильна молитва дружини за чоловіка-воїна на фронті</w:t>
      </w:r>
    </w:p>
    <w:p>
      <w:pPr>
        <w:ind w:left="360"/>
      </w:pPr>
      <w:r>
        <w:rPr>
          <w:i/>
          <w:color w:val="7F8C8D"/>
        </w:rPr>
        <w:t>«Господі Ісусе Христе, Сину Божий, молитвами Пречистої Твоєї Матері та всіх Твоїх святих почуй мене, грішну рабу Твою (ім'я). У милості Твоїй владі чоловік мій воїн (ім'я), збережи і спаси його імені Твого ради. Захисти його під покровом Твоїм святим від кулі, що летить, осколків, мін, снарядів та всякої смертоносної зброї на полі бою. Пошли йому мужність, силу та стійкість духу, вбережи його тіло від поранень, а душу від гріха ненависті. Поверни його живим, здоровим та неушкодженим з перемогою до нашої родини. Амінь.»</w:t>
      </w:r>
    </w:p>
    <w:p>
      <w:pPr>
        <w:spacing w:before="240" w:after="120"/>
      </w:pPr>
      <w:r>
        <w:rPr>
          <w:b/>
          <w:color w:val="16A085"/>
          <w:sz w:val="26"/>
        </w:rPr>
        <w:t>2. Молитва до святого великомученика Юрія Переможця за воїна</w:t>
      </w:r>
    </w:p>
    <w:p>
      <w:pPr>
        <w:ind w:left="360"/>
      </w:pPr>
      <w:r>
        <w:rPr>
          <w:i/>
          <w:color w:val="7F8C8D"/>
        </w:rPr>
        <w:t>«О святий славний великомученику Юрію Переможцю, швидкий помічнику і захиснику всіх воїнів! Поглянь милостиво на мого чоловіка-захисника (ім'я), який стоїть на захисті Батьківщини. Будь йому щитом у бою, зміцни його серце проти страху та паніки, відведи від нього ворожі кулі та снаряди і поверни його живим до рідного дому. Амінь.»</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