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C3E50"/>
          <w:sz w:val="32"/>
        </w:rPr>
        <w:t>ORACIONES DE PROTECCIÓN PARA EL ESPOSO MILITAR</w:t>
      </w:r>
    </w:p>
    <w:p>
      <w:r>
        <w:t>La oración de una esposa por su esposo militar posee un poder extraordinario debido al Sacramento del Matrimonio. Este folleto reúne las plegarias más eficaces para proteger al soldado defensor de las balas, proyectiles y toda fuerza maligna en el campo de batalla.</w:t>
      </w:r>
    </w:p>
    <w:p>
      <w:pPr>
        <w:spacing w:before="240" w:after="120"/>
      </w:pPr>
      <w:r>
        <w:rPr>
          <w:b/>
          <w:color w:val="16A085"/>
          <w:sz w:val="26"/>
        </w:rPr>
        <w:t>1. Poderosa oración de la esposa por su esposo militar en el frente</w:t>
      </w:r>
    </w:p>
    <w:p>
      <w:pPr>
        <w:ind w:left="360"/>
      </w:pPr>
      <w:r>
        <w:rPr>
          <w:i/>
          <w:color w:val="7F8C8D"/>
        </w:rPr>
        <w:t>«¡Oh Señor Jesucristo, por la intercesión de Tu Purísima Madre María, escucha mi humilde súplica! Te ruego que mantengas a mi esposo, el soldado (nombre), bajo Tu santo amparo en medio de los combates. Protégelo de las balas, proyectiles, minas y metrallas enemigas. Concédele fortaleza física, valentía y serenidad de espíritu. Defiende su cuerpo de heridas y su alma de pecado, y devuélvelo sano, salvo y victorioso a nuestro hogar. Amén.»</w:t>
      </w:r>
    </w:p>
    <w:p>
      <w:pPr>
        <w:spacing w:before="240" w:after="120"/>
      </w:pPr>
      <w:r>
        <w:rPr>
          <w:b/>
          <w:color w:val="16A085"/>
          <w:sz w:val="26"/>
        </w:rPr>
        <w:t>2. Oración al Santo Mártir Jorge para protección en combate</w:t>
      </w:r>
    </w:p>
    <w:p>
      <w:pPr>
        <w:ind w:left="360"/>
      </w:pPr>
      <w:r>
        <w:rPr>
          <w:i/>
          <w:color w:val="7F8C8D"/>
        </w:rPr>
        <w:t>«¡Oh glorioso Gran Mártir Jorge, protector de los soldados! Mira con compasión a mi esposo defensor (nombre) en la primera línea de batalla. Sé su escudo invisible, ahuyenta el pánico de su corazón, desvía las armas de fuego enemigas y devuélvelo sano y salvo con su familia. Amén.»</w:t>
      </w:r>
    </w:p>
    <w:p>
      <w:pPr>
        <w:spacing w:before="300"/>
      </w:pPr>
    </w:p>
    <w:p>
      <w:pPr>
        <w:jc w:val="center"/>
      </w:pPr>
      <w:r>
        <w:t xml:space="preserve">Descargado de / Downloaded from </w:t>
      </w:r>
      <w:hyperlink r:id="rId9">
        <w:r>
          <w:rPr>
            <w:color w:val="0056B3"/>
          </w:rPr>
          <w:t>https://pray.ee/</w:t>
        </w:r>
      </w:hyperlink>
    </w:p>
    <w:sectPr w:rsidR="00FC693F" w:rsidRPr="0006063C" w:rsidSect="00034616">
      <w:pgSz w:w="12240" w:h="15840"/>
      <w:pgMar w:top="800" w:right="800" w:bottom="800" w:left="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6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