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АКАФІСТ ДО ПРЕСВЯТОЇ БОГОРОДИЦІ</w:t>
      </w:r>
    </w:p>
    <w:p>
      <w:r>
        <w:t>Тобi, Провiдницi життя нашого, ми, раби Твої, пiснi перемоги спiваємо; визволенi ж із бiди, пiснi вдячнi приносимо, Богородице. А Ти, що маєш силу непереможну, вiд усяких бiд визволи нас, щоб ми взивали до Тебе: Радуйся, Невiсто Неневiсная!</w:t>
      </w:r>
    </w:p>
    <w:p>
      <w:pPr>
        <w:pStyle w:val="Heading2"/>
      </w:pPr>
      <w:r>
        <w:t>Ікос 1</w:t>
      </w:r>
    </w:p>
    <w:p>
      <w:r>
        <w:t>Ангел предстатель посланий був з небес промовити Богородиці: 'Радуйся!' І, бачачи Тебе, Господи, у людському тілі, дивувався і з безплотним своїм голосом взивав до Неї так:</w:t>
      </w:r>
    </w:p>
    <w:p>
      <w:r>
        <w:t>Радуйся, бо через Тебе радість засяє; радуйся, бо через Тебе прокляття зникне.</w:t>
      </w:r>
    </w:p>
    <w:p>
      <w:r>
        <w:t>Радуйся, спасіння впалого Адама; радуйся, утішення сліз Євиних.</w:t>
      </w:r>
    </w:p>
    <w:p>
      <w:r>
        <w:t>Радуйся, височино, недосяжна для людських думок; радуйся, глибино, непроглядна навіть для ангельських очей.</w:t>
      </w:r>
    </w:p>
    <w:p>
      <w:r>
        <w:t>Радуйся, Невiсто Неневiсная.</w:t>
      </w:r>
    </w:p>
    <w:p>
      <w:pPr>
        <w:pStyle w:val="Heading2"/>
      </w:pPr>
      <w:r>
        <w:t>Кондак 2</w:t>
      </w:r>
    </w:p>
    <w:p>
      <w:r>
        <w:t>Бачачи Себе в чистоті, Свята Діва каже Гавриїлові сміливо: 'Незвичайне твоє слово здається душі Моїй важким для прийняття, бо ти пророкуєш зачаття від безсіменного лона, виголошуючи: Алилуя!'</w:t>
      </w:r>
    </w:p>
    <w:p>
      <w:pPr>
        <w:pStyle w:val="Heading2"/>
      </w:pPr>
      <w:r>
        <w:t>Ікос 2</w:t>
      </w:r>
    </w:p>
    <w:p>
      <w:r>
        <w:t>Бажаючи збагнути незбагненне знання, Діва запитала служителів таїнства: 'Як може народитися Син від лона чистого, скажи Мені?' Гавриїл же промовив до Неї з благоговінням так:</w:t>
      </w:r>
    </w:p>
    <w:p>
      <w:r>
        <w:t>Радуйся, таємнице невимовної ради Божої; радуйся, віро тих, що потребують тиші.</w:t>
      </w:r>
    </w:p>
    <w:p>
      <w:r>
        <w:t>Радуйся, початку чудес Христових; радуйся, виконання Його божественних законів.</w:t>
      </w:r>
    </w:p>
    <w:p>
      <w:r>
        <w:t>Радуйся, Невiсто Неневiсная.</w:t>
      </w:r>
    </w:p>
    <w:p>
      <w:pPr>
        <w:pStyle w:val="Heading2"/>
      </w:pPr>
      <w:r>
        <w:t>Кондак 3</w:t>
      </w:r>
    </w:p>
    <w:p>
      <w:r>
        <w:t>Сила Вишнього тоді осінила Пречисту для зачаття, і показала Її лоно як солодкий сад для всіх, хто бажає жати спасіння, коли вони вдячно співають Богу: Алилуя!</w:t>
      </w:r>
    </w:p>
    <w:p>
      <w:pPr>
        <w:pStyle w:val="Heading2"/>
      </w:pPr>
      <w:r>
        <w:t>Ікос 3</w:t>
      </w:r>
    </w:p>
    <w:p>
      <w:r>
        <w:t>Маючи Бога у лонi Своєму, поспiшає Дiва до Єлисавети, а дитя тiєї, як тiльки почуло Її привiтання, зрадiло i заворушилось, і замість пісень, взивало до Богородиці:</w:t>
      </w:r>
    </w:p>
    <w:p>
      <w:r>
        <w:t>Радуйся, галузко рослини нев’янучої; радуйся, придбання Плоду нетлінного.</w:t>
      </w:r>
    </w:p>
    <w:p>
      <w:r>
        <w:t>Радуйся, бо Ти виростила Сіяча життя нашого; радуйся, бо Ти породила Садителя любові.</w:t>
      </w:r>
    </w:p>
    <w:p>
      <w:r>
        <w:t>Радуйся, Невiсто Неневiсная.</w:t>
      </w:r>
    </w:p>
    <w:p>
      <w:pPr>
        <w:pStyle w:val="Heading2"/>
      </w:pPr>
      <w:r>
        <w:t>Кондак 13</w:t>
      </w:r>
    </w:p>
    <w:p>
      <w:r>
        <w:t>О всепіта Мати, що народила понад усіх святих Найсвятіше Слово! Прийми нинішню нашу хвалу, визволи нас від усяких бід і майбутніх мук, щоб ми співали Богу за Тебе: Алилуя!</w:t>
      </w:r>
    </w:p>
    <w:p>
      <w:pPr>
        <w:pStyle w:val="Heading2"/>
      </w:pPr>
      <w:r>
        <w:t>МОЛИТВА ДО ПРЕСВЯТОЇ БОГОРОДИЦІ</w:t>
      </w:r>
    </w:p>
    <w:p>
      <w:r>
        <w:t>О, Пресвята Владичице моя Богородице! Ти вища за всіх ангелів і чесніша за все творіння. Ти стала Покровом і Надією для безпорадних, утіхою для скорботних та швидкою помічницею для всіх християн. Покрий нас Своїм чесним омофором, збережи нашу країну, захисти воїнів та даруй мир і здоров'я всім, хто з вірою та любов'ю славить Твоє Пресвяте Ім'я. Амінь.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