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АКАФІСТ ДО СВЯТИТЕЛЯ СПИРИДОНА ТРИМИФУНТСЬКОГО</w:t>
      </w:r>
    </w:p>
    <w:p>
      <w:r>
        <w:rPr>
          <w:b/>
        </w:rPr>
        <w:t>Священник:</w:t>
      </w:r>
      <w:r>
        <w:t xml:space="preserve"> Благословен Бог наш завжди, нині, і повсякчас, і на віки віків. Хор: Амінь. Царю Небесний, Утішителю, Душе істини, що всюди єси і все наповняєш, Скарбе добра і життя Подателю, прийди і вселися в нас, і очисти нас від усякої скверни, і спаси, Благий, душі наші. Святий Боже, Святий Кріпкий, Святий Безсмертний, помилуй нас (тричі). Слава Отцю, і Сину, і Святому Духові і нині, і повсякчас, і на віки віків. Амінь. Пресвята Тройце, помилуй нас; Господи, очисти гріхи наші; Владико, прости беззаконня наші; Святий, зглянься і зціли немочі наші імені Твого ради. Господи, помилуй (тричі).</w:t>
      </w:r>
    </w:p>
    <w:p>
      <w:r>
        <w:t>Слава Отцю, і Сину, і Святому Духові нині, і повсякчас, і на віки віків. Амінь. Отче наш, що єси на небесах, нехай святиться ім’я Твоє; нехай прийде Царство Твоє; нехай буде воля Твоя, як на небі, так і на землі. Хліб наш насущний дай нам сьогодні; і прости нам провини наші, як і ми прощаємо винуватцям нашим; і не введи нас у спокусу, але визволи нас від лукавого. Священник: Бо Твоє є Царство, і сила, і слава, Отця, і Сина, і Святого Духа, нині, і повсякчас, і на віки віків. Хор: Амінь. Господи, помилуй (12 разів). Прийдіть, поклонімось Цареві нашому, Богу. Прийдіть, поклонімось і припадімо до Христа, Царя і Бога нашого. Прийдіть, поклонімось і припадімо до Самого Христа, Царя і Бога нашого.</w:t>
      </w:r>
    </w:p>
    <w:p>
      <w:pPr>
        <w:pStyle w:val="Heading2"/>
      </w:pPr>
      <w:r>
        <w:t>Псалом 50</w:t>
      </w:r>
    </w:p>
    <w:p>
      <w:r>
        <w:t>Помилуй мене, Боже, з великої милости Твоєї і з великого милосердя Твого прости провини мої. Особливо омий мене від беззаконня мого і від гріха мого очисти мене. Бо беззаконня моє я знаю, і гріх мій повсякчас переді мною. Проти Тебе Єдиного я згрішив і лукаве перед Тобою вчинив, отже праведний Ти в слові Твоїм і справедливий у присуді Твоїм. Ось бо в беззаконні зачатий я, і в гріхах породила мене мати моя. Бо Ти істину полюбив єси, невідоме й таємне мудрости Твоєї явив Ти мені. Окропи мене ісопом — і очищуся, омий мене — і стану біліший від снігу. Дай мені почути радість і веселість — і зрадіють кістки мої упокорені. Відверни лице Твоє від гріхів моїх і прости всі беззаконня мої. Серце чисте створи в мені, Боже, і духа праведного віднови в нутрі моєму. Не відкинь мене від лиця Твого і Духа Твого Святого не відніми від мене. Поверни мені радість спасіння Твого і духом могутнім укріпи мене. Навчатиму беззаконників шляхів Твоїх, і нечестиві навернуться до Тебе. Визволи мене від вини кривавої, Боже, Боже спасіння мого, і язик мій радісно славитиме правду Твою. Господи, відкрий уста мої, і язик мій сповістить хвалу Твою. Бо коли б Ти жертви забажав, приніс би я: всепалення Ти не бажаєш. Жертва Богові це дух упокорений, серцем скорботним смиренним Ти не погордуєш. Ущаслив, Господи, благоволінням Твоїм Сион, і хай збудуються стіни Єрусалимські. Тоді буде угодна Тобі жертва правди, приношення і всепалення: тоді покладуть на Жертовник Твій тельців.</w:t>
      </w:r>
    </w:p>
    <w:p>
      <w:r>
        <w:t>Слава Отцю, і Сину, і Святому Духові і нині, і повсякчас, і на віки віків. Амінь. Алилуя, Алилуя, Алилуя, слава Тобі. Боже! (тричі)</w:t>
      </w:r>
    </w:p>
    <w:p>
      <w:pPr>
        <w:pStyle w:val="Heading2"/>
      </w:pPr>
      <w:r>
        <w:t>Кондак 1</w:t>
      </w:r>
    </w:p>
    <w:p>
      <w:r>
        <w:t>Прославлений від Господа святителю і чудотворче Спиридоне! Нині всечесну твою пам'ять святкуємо, багато бо можеш сприяти нам у Христі, що прославив тебе; зворушено взиваємо до тебе: визволи нас від усяких бід і напастей, що подячно співаємо тобі: Радуйся, Спиридоне, дивовижний чудотворче.</w:t>
      </w:r>
    </w:p>
    <w:p>
      <w:pPr>
        <w:pStyle w:val="Heading2"/>
      </w:pPr>
      <w:r>
        <w:t>Ікос 1</w:t>
      </w:r>
    </w:p>
    <w:p>
      <w:r>
        <w:t>Від юності прикрашений усіма чеснотами, ти життям своїм ангелів наслідував, святителю Спиридоне, і воістину став другом Христовим; ми ж, дивлячись на тебе, небесну людину й земного ангела, з благоговінням розчулено взиваємо до тебе: Радуйся, розуму, що споглядаєш тайни Святої Тройці; Радуйся, бо збагатився пресвітлим сяянням Духа. Радуйся, світильнику ясноблискучий; Радуйся, бо розум свій безпристрасністю просвітив. Радуйся, бо з молодості істинну простоту й мовчання полюбив; Радуйся, прикрасо доброчесності. Радуйся, любові невичерпний струмене; Радуйся, бо гостинність Авраама наслідував. Радуйся, бо всім з любов’ю вхід у свою оселю відкривав; Радуйся, вбогих заступнику. Радуйся, бо перед тобою благоговіють люди; Радуйся, бо ти — оселя Святого Духа. Радуйся, Спиридоне, дивовижний чудотворче!</w:t>
      </w:r>
    </w:p>
    <w:p>
      <w:pPr>
        <w:pStyle w:val="Heading2"/>
      </w:pPr>
      <w:r>
        <w:t>Кондак 2</w:t>
      </w:r>
    </w:p>
    <w:p>
      <w:r>
        <w:t>Острів Кіпр і всі християнські країни бачили нетлінні мощі твої, святителю, від яких витікає багато зцілень, та зраділи; і ми, шануючи тебе як прещедре джерело благодаті, послане нам з висоти, взиваємо до верховного Подателя небесних і земних благ: Алилуя.</w:t>
      </w:r>
    </w:p>
    <w:p>
      <w:pPr>
        <w:pStyle w:val="Heading2"/>
      </w:pPr>
      <w:r>
        <w:t>Ікос 2</w:t>
      </w:r>
    </w:p>
    <w:p>
      <w:r>
        <w:t>Розум Божественний мав ти і був пастирем безсловесних овець, але волею Пастиреначальника Христа вибраний був пастирем також і словесних овець. Вірні ж, бачачи, що ти добрий пастир і невсипно про стадо піклуєшся, співали: Радуйся, архієрею Бога Всевишнього, що в хіротонії щедро прийняв Божественну благодать; Радуйся, світильнику найясніший, що палає та світить. Радуйся, вірний працівнику в саду Христовому; Радуйся, пастирю, що на пасовищі віри та благочестя паству свою виховав. Радуйся, що сяянням доброчинності твоєї світ просвітив; Радуйся, що перед престолом Христовим Божественну жертву приносив. Радуйся, ієрарху, розумінням Правоcлав’я прикрашений; Радуйся, бо, апостольським ученням сповнений, ти вірних струмками спасительного вчення напував. Радуйся, бо мудрих просвітив ти; радуйся, бо серця простих обновив ти. Радуйся, славо православних і Церкви непорушне утвердження; Радуйся, прикрасо отців, славо й похвало ієреїв благоговійних. Радуйся, Спиридоне, дивовижний чудотворче!</w:t>
      </w:r>
    </w:p>
    <w:p>
      <w:pPr>
        <w:pStyle w:val="Heading2"/>
      </w:pPr>
      <w:r>
        <w:t>Кондак 3</w:t>
      </w:r>
    </w:p>
    <w:p>
      <w:r>
        <w:t>Сила Всевишнього зійшла на тебе, святителю Спиридоне, і виявила тебе богомудрим, коли, стиснувши в руці глину, троїчність Лиць усім очевидно прояснив ти; тому немудрі філософи, що зібралися на Соборі, ужахнулися, вірні ж прославили незбагненого Бога, що умудрив тебе на спасіння, взиваючи Йому: Алилуя.</w:t>
      </w:r>
    </w:p>
    <w:p>
      <w:pPr>
        <w:pStyle w:val="Heading2"/>
      </w:pPr>
      <w:r>
        <w:t>Ікос 3</w:t>
      </w:r>
    </w:p>
    <w:p>
      <w:r>
        <w:t>Гадаючи, що ти простий і невправний у книжному вченні, всі отці Собору благали тебе, отче Спиридоне, не сперечатися з красномовцем, якого вважали мудрим. Ти ж, святителю, ревністю до Бога розпалений, вірував, що проповідь Христова не у словах людської мудрості, але в явленні духа і сили, тому мудро викрив його, врозумив і на шлях істинний наставив. Усі, побачивши чудо це, взивали: Радуйся, світло православної мудрості; Радуйся, бо названих мудрими супротивників посоромив ти. Радуйся, щедре джерело благодаті; Радуйся, непохитний стовпе, що твердо утримує вірних. Радуйся, бо затьмарюєш пагубну єресь; Радуйся, бо через тебе подолано безумство. Радуйся, бо порох земний у твоїх руках проповідував Святу Тройцю; Радуйся, бо з глини ти вивів вогонь і воду на ствердження догмату про Святу Тройцю. Радуйся, бо просвітив ти людей, щоб прославляли Слово, воістину єдиносущне Безначальному Отцю; Радуйся, бо змієву голову згубної єресі Арія уразив ти. Радуйся, бо тобою знищене зло; Радуйся, бо невірного мудреця-суперечника до істинної віри навернув ти. Радуйся, Спиридоне, дивовижний чудотворче!</w:t>
      </w:r>
    </w:p>
    <w:p>
      <w:pPr>
        <w:pStyle w:val="Heading2"/>
      </w:pPr>
      <w:r>
        <w:t>Кондак 4</w:t>
      </w:r>
    </w:p>
    <w:p>
      <w:r>
        <w:t>Життя провадячи в бідності та вбогості, був ти годувальником і помічником для вбогих і бідних. Заради любові до вбогих змія на золото перетворив і віддав нужденному, що твоєї допомоги потребував. Дивуючись цьому чудові, подячно взиваємо до Бога: Алилуя.</w:t>
      </w:r>
    </w:p>
    <w:p>
      <w:pPr>
        <w:pStyle w:val="Heading2"/>
      </w:pPr>
      <w:r>
        <w:t>Ікос 4</w:t>
      </w:r>
    </w:p>
    <w:p>
      <w:r>
        <w:t>Почули всі й усюди, що святитель Спиридон воістину є оселею Святої Тройці: оселився бо в ньому Бог Отець, Бог Слово і Бог Дух Святий. Тому він словом і справами проповідував утіленого істинного Бога всім християнам, що взивали: Радуйся, у Божі слова втаємничений; Радуйся, бо піклування Боже про спасіння світу пояснив. Радуйся, бо навчив не досліджувати того, що понад розум і мудрість людську; Радуйся, бо незбагнену силу Божу, що діє в тобі, явив. Радуйся, бо вустами твоїми Сам Бог провіщав; Радуйся, бо всі слухали тебе з насолодою. Радуйся, бо темряву ідолопоклонства ти розігнав; Радуйся, бо багатьох до істинної віри привів. Радуйся, бо голови невидимих зміїв уразив; Радуйся, бо віру християнську прославив. Радуйся, бо просвічуєш всіх, хто шанує тебе; Радуйся, поборнику християнської віри і православ’я. Радуйся, Спиридоне, дивовижний чудотворче!</w:t>
      </w:r>
    </w:p>
    <w:p>
      <w:pPr>
        <w:pStyle w:val="Heading2"/>
      </w:pPr>
      <w:r>
        <w:t>Кондак 5</w:t>
      </w:r>
    </w:p>
    <w:p>
      <w:r>
        <w:t>Божественним Духом щедро сповнений був ти, святителю Спиридоне, за доброчинне життя своє, був бо лагідним, милостивим і чистим серцем, терпеливим, незлопам’ятним і гостинним. Через це Творець і в чудесах прославив тебе. Ми ж, славлячи Бога, що тебе прославив, співаємо Йому: Алилуя.</w:t>
      </w:r>
    </w:p>
    <w:p>
      <w:pPr>
        <w:pStyle w:val="Heading2"/>
      </w:pPr>
      <w:r>
        <w:t>Ікос 5</w:t>
      </w:r>
    </w:p>
    <w:p>
      <w:r>
        <w:t>Рівноангельським бачимо Спиридона, великого чудотворця. Якось країна від бездощів’я та посухи вельми постраждала: стався голод і пошесть, і багато людей загинуло. Молитвами ж святителя зійшов на землю дощ, і люди, визволившися з біди, подячно взивали: Радуйся, бо великому пророку Іллі уподібнився ти; Радуйся, бо дощ, який спинив голод і недуги, вчасно звів ти. Радуйся, бо молитвами своїми знову небо замкнув; Радуйся, бо купця немилосердного позбавленням маєтку покарав. Радуйся, бо їжу голодним щедро дарував; Радуйся, бо милосердя Боже до людей наближаєш. Радуйся, бо немочі немічних береш; Радуйся, богоблагодатна людям допомога. Радуйся, бо хворим зцілення подаєш; Радуйся, бо тебе бояться демони. Радуйся, джерело незліченних чудес. Радуйся, Спиридоне, дивовижний чудотворче!</w:t>
      </w:r>
    </w:p>
    <w:p>
      <w:pPr>
        <w:pStyle w:val="Heading2"/>
      </w:pPr>
      <w:r>
        <w:t>Кондак 6</w:t>
      </w:r>
    </w:p>
    <w:p>
      <w:r>
        <w:t>Завіса старозавітної скинії закривала у Святому Святих ковчег, манну та скрижалі. А храм твій, святителю Спиридоне, має раку твою як ковчег, святі мощі твої як манну, серце твоє як скрижалі Божественної благодаті, на них бачимо написану пісню: Алилуя.</w:t>
      </w:r>
    </w:p>
    <w:p>
      <w:pPr>
        <w:pStyle w:val="Heading2"/>
      </w:pPr>
      <w:r>
        <w:t>Ікос 6</w:t>
      </w:r>
    </w:p>
    <w:p>
      <w:r>
        <w:t>Колись за примноження беззаконь покарав Господь кипрян неродючістю землі. Тоді прийшов до святого Спиридона знайомий хлібороб просити допомоги, і дав йому святий золото. А як минуло бідування, вернув те золото хлібороб, і — о чудо — золото виявилося змієм. Прославляючи Бога, дивного у святих Своїх, виголошуємо: Радуйся, бо Мойсея, що чудом перетворив жезл у змія, наслідував ти; Радуйся, людяний пастирю, що визволяєш від бід словесних овець свого стада. Радуйся, бо щедро всіх усіма благами збагачуєш; Радуйся, бо, як Ілля, бідних годував. Радуйся, бо немилосердних до милосердя навертав; Радуйся, найкращий прикладе наслідування любові для людей, що у світі живуть. Радуйся, вірних і невірних у бідах утіхо; Радуйся, дерево ряснолисте, що місто й країну покриває. Радуйся, славо та похвало керкирян; Радуйся, бо над водою й сушею, спекою й холодом благодаттю Божою володарюєш. Радуйся, бо закони земні молитвою змінюєш; Радуйся, бо майбутнє як теперішнє бачиш. Радуйся, Спиридоне, дивовижний чудотворче!</w:t>
      </w:r>
    </w:p>
    <w:p>
      <w:pPr>
        <w:pStyle w:val="Heading2"/>
      </w:pPr>
      <w:r>
        <w:t>Кондак 7</w:t>
      </w:r>
    </w:p>
    <w:p>
      <w:r>
        <w:t>Оборонцем став ти за всіх перед Господом, святителю Спиридоне. Тому й ми вдаємося до твого заступництва, шукаючи спасіння, всі бо маємо тебе помічником у всіх потребах: під час голоду, смертоносної рани й у всяку годину біди та спокуси. Тим-то вдячно взиваємо Богові: Алилуя.</w:t>
      </w:r>
    </w:p>
    <w:p>
      <w:pPr>
        <w:pStyle w:val="Heading2"/>
      </w:pPr>
      <w:r>
        <w:t>Ікос 7</w:t>
      </w:r>
    </w:p>
    <w:p>
      <w:r>
        <w:t>Нове і любе Богові чудо бачимо: коли ти, отче, йшов визволити невинно засудженого на смерть, бурхливий потік перетнув тобі шлях. Ти ж іменем Всемогутнього Бога повелів йому спинитися та перейшов із супутниками через річку, як по суші. Слава про це чудо розійшлася повсюди, і всі прославляли Бога, взиваючи до тебе: Радуйся, бо ти по сухому ріку перейшов, як колись Ісус Навин через Йордан; Радуйся, бо бистрину річки словом приборкав. Радуйся, що тяжкий шлях вибрав, спонуканий милосердям; Радуйся, бо наклеп зруйнував і неповинного від ув’язнення в темниці й даремної смерті визволив. Радуйся, у боговгодному житті благий помічнику; Радуйся, невинно пригноблених захиснику. Радуйся, законів водяної стихії змінителю; Радуйся, бо суддю напоумив і від убивства врятував. Радуйся, істинне виправлення душ; радуйся, дивна сило, що потоки утримує. Радуйся, бо насолоджуєш серця людей, що до тебе вдаються; Радуйся, людяності Авраамової наслідувачу. Радуйся, Спиридоне, дивовижний чудотворче!</w:t>
      </w:r>
    </w:p>
    <w:p>
      <w:pPr>
        <w:pStyle w:val="Heading2"/>
      </w:pPr>
      <w:r>
        <w:t>Кондак 8</w:t>
      </w:r>
    </w:p>
    <w:p>
      <w:r>
        <w:t>Подорожнім і чужинцем був ти на землі, як інші люди. Але з утроби матері Всезнавець виявив тебе, святителю Спиридоне, великим угодником і чудотворцем: бо виганяєш бісів, думки людей бачиш і всяку недугу й неміч зціляєш. Тому й дивним у святих явився ти. Ми ж, возсилаючи молитву до благодійника всіх Бога, співаємо Йому: Алилуя.</w:t>
      </w:r>
    </w:p>
    <w:p>
      <w:pPr>
        <w:pStyle w:val="Heading2"/>
      </w:pPr>
      <w:r>
        <w:t>Ікос 8</w:t>
      </w:r>
    </w:p>
    <w:p>
      <w:r>
        <w:t>Увесь світ від великого жаху здригнувся, коли почув, що смерть за словом твоїм вертає з гробів своїх мерців, і виголосив: Радуйся, бо померлу дочку свою до життя призвав, щоб виявила довірений їй скарб; Радуйся, бо скорботну вдову, що на збереження золото віддала, утішив. Радуйся, бо померле дитя воскресив; Радуйся, бо й матір його, що від радості нагло померла, оживив. Радуйся, бо уподібнився Іллі, який своїми молитвами сина сарептянки вернув до життя; Радуйся, бо Єлисея, що від смерті дитину підняв, наслідував ти. Радуйся, пастирю, бо так само любиш людей; Радуйся, бо жінці-блудниці, що сльозами твої ноги омила, гріхи іменем Божим відпустив. Радуйся, бо святу ревність верховного апостола отримав; Радуйся, бо нерозкаяна грішниця за словом твоїм у тяжких муках померла. Радуйся, бо плодючість землі своїми молитвами випросив; Радуйся, непохитне запевнення людей у воскресінні. Радуйся, Спиридоне, дивовижний чудотворче!</w:t>
      </w:r>
    </w:p>
    <w:p>
      <w:pPr>
        <w:pStyle w:val="Heading2"/>
      </w:pPr>
      <w:r>
        <w:t>Кондак 9</w:t>
      </w:r>
    </w:p>
    <w:p>
      <w:r>
        <w:t>Духа Божественного сяйвом просвітлений був ти, святителю Спиридоне, мав бо духа премудрості, і мудрими словами безумних приборкав, і між отцями віру утвердив; мав духа розуму й потьмарених просвітив; духа страху Божого, і повсякчасними богоугодними справами душу очистив. Тому, ставши перед престолом Всевишнього, з ангельським хором співаєш Йому: Алилуя.</w:t>
      </w:r>
    </w:p>
    <w:p>
      <w:pPr>
        <w:pStyle w:val="Heading2"/>
      </w:pPr>
      <w:r>
        <w:t>Ікос 9</w:t>
      </w:r>
    </w:p>
    <w:p>
      <w:r>
        <w:t>Жезл пастиря словесних овець від Пастиреначальника Господа Ісуса прийнявши, не змінив ти життя свого, святий Спиридоне: безкорисливий, лагідний, що все терпів заради любові, не посоромився піклуватися й про стадо безсловесних овець. Усе це спонукає нас славити Бога і взивати до тебе: Радуйся, бо славу світу цього як марноту зневажив; Радуйся, бо велику нагороду отримав на Небесах. Радуйся, бо красу світу цього за ніщо вважав; Радуйся, скарбнице небесних благ. Радуйся, святе пасовище кіпріотів; Радуйся, бо крадіїв твоїх овець заради тебе Бог невидимими путами зв’язав. Радуйся, бо злодіям батьківське напоумлення подав; Радуйся, з милості своєї за безсонну ніч овечку їм подарував. Радуйся, бо непослухом кози, що ніби розум мала, викрив купця, який ціну на неї втаїв; Радуйся, бо того, хто гроші твої приховав, до покаяння привів. Радуйся, бо від пристрасті користолюбства своїм напоумленням його зцілив. Радуйся, Спиридоне, дивовижний чудотворче!</w:t>
      </w:r>
    </w:p>
    <w:p>
      <w:pPr>
        <w:pStyle w:val="Heading2"/>
      </w:pPr>
      <w:r>
        <w:t>Кондак 10</w:t>
      </w:r>
    </w:p>
    <w:p>
      <w:r>
        <w:t>Спасаючи довірені тобі Богом душі пастви, ти, святителю Спиридоне, з волі Божої покликаний був і в інших країнах явити славу свою, а ще більше — славу істинного Бога, щоб всюди славили Боже ім’я, взиваючи: Алилуя.</w:t>
      </w:r>
    </w:p>
    <w:p>
      <w:pPr>
        <w:pStyle w:val="Heading2"/>
      </w:pPr>
      <w:r>
        <w:t>Ікос 10</w:t>
      </w:r>
    </w:p>
    <w:p>
      <w:r>
        <w:t>Швидкий помічник і заступник у всякій нужді та скорботі святий Спиридон за царським повелінням, як і інші пастирі, прийшов у місто Антиохію, де був хворий цар Костянтин. Святитель торкнувся його голови і здоров’я вернув йому. Цьому чудові дивуючись, взиваємо до тебе: Радуйся, бо в сонному видінні ангел явив тебе цареві як цілителя; Радуйся, бо ради Божественної любові трудний шлях у старості пройшов. Радуйся, бо царевому рабові, який вдарив тебе по щоці, за Христовою заповіддю другу підставив; Радуйся стовпе смирення. Радуйся, бо на слізні благання царя своїми молитвами здоров’я йому дарував; Радуйся, бо приниженням своїм раба врозумив ти й немилостивий норов його змінив. Радуйся, бо благочестю та милосердю царя навчив; Радуйся, бо, ненавидячи земні скарби, золото царя не прийняв. Радуйся, ученика бо свого Трифілія від пристрасті до земних благ відвернув і чашею благодаті Божої воздав; Радуйся, бо коли прийшов ти в Олександрію, ідоли попадали. Радуйся, бо тобі й біси підкоряються; Радуйся, бо від ідолопоклонства багатьох ти відвернув. Радуйся, Спиридоне, дивовижний чудотворче!</w:t>
      </w:r>
    </w:p>
    <w:p>
      <w:pPr>
        <w:pStyle w:val="Heading2"/>
      </w:pPr>
      <w:r>
        <w:t>Кондак 11</w:t>
      </w:r>
    </w:p>
    <w:p>
      <w:r>
        <w:t>Ангельські співи лунали, коли ти возносив у храмі вечірні молитви свої, святителю Спиридоне, хоч ніхто й не служив з тобою. Жителі ж міста, чуючи дивний спів, увійшли у храм, та нікого не побачивши, з небесними силами заспівали: Алилуя.</w:t>
      </w:r>
    </w:p>
    <w:p>
      <w:pPr>
        <w:pStyle w:val="Heading2"/>
      </w:pPr>
      <w:r>
        <w:t>Ікос 11</w:t>
      </w:r>
    </w:p>
    <w:p>
      <w:r>
        <w:t>Яскравим сонцем світові та співрозмовником ангелів був ти на землі, святителю Спиридоне. Віддавши ж свій дух у руки Божі, переселився ти в небесні оселі й молишся за світ перед престолом Владики. А ми, що живемо на землі, до тебе взиваємо: Радуйся, бо з тобою ще за життя на землі служили ангели; Радуйся, бо псалмоспіви архангелів чув ти. Радуйся, видимий образе нашого преображення; Радуйся, бо ради тебе нестачу єлею в церковних лампадах Бог поповнив із надлишком. Радуйся лампадо Божого сяйва; Радуйся, чашо благодаті Божої, що, як єлей, щедро сповнює душу твою. Радуйся, невичерпне джерело, що завжди виточує всім потоки благодаті; Радуйся, бо тобі дивуються ангели. Радуйся, бо непослух диякона у храмі покарав; Радуйся, бо того, хто пишався своїм голосом, і голосу й мови позбавив. Радуйся, бо під час спеки раптом спала з неба роса, священну твою голову прохолодивши; Радуйся, бо в цьому знаменні близьку кончину свою передбачив. Радуйся, Спиридоне, дивовижний чудотворче!</w:t>
      </w:r>
    </w:p>
    <w:p>
      <w:pPr>
        <w:pStyle w:val="Heading2"/>
      </w:pPr>
      <w:r>
        <w:t>Кондак 12</w:t>
      </w:r>
    </w:p>
    <w:p>
      <w:r>
        <w:t>Покровом і пристановищем був ти, святителю, за життя свого для всіх вірних, що до тебе приходили. Не залиши нас сиротами й по кончині своїй. Бог, що перемагає закони природи, зберіг святі мощі твої нетлінними задля зміцнення православної віри та благочестя й на знак безсмертя. Тим-то, прославляючи Господа, взиваємо: Алилуя.</w:t>
      </w:r>
    </w:p>
    <w:p>
      <w:pPr>
        <w:pStyle w:val="Heading2"/>
      </w:pPr>
      <w:r>
        <w:t>Ікос 12</w:t>
      </w:r>
    </w:p>
    <w:p>
      <w:r>
        <w:t>Оспівуємо тебе, святителю Божий, бо здивував ти світ чудесами, які витікають від святих твоїх мощей. Усі бо, хто з вірою приходить і цілує їх, отримує все потрібне, що просить. І ми Того, що дав тобі кріпость і вінчав тебе вінцем нетління, Бога, що діє через тебе, прославляючи, взиваємо тобі: Радуйся, бо під час голоду як мореплавець прийшов і їжу принести повелів; Радуйся, бо сліпим, що з вірою припадали до святих твоїх мощей, зір дарував. Радуйся, бо від невиліковної недуги отрока зцілив; Радуйся, бо з жінки біса вигнав і здоров’я їй вернув. Радуйся, хоробрий воєводо Керкири; Радуйся, бо полчища злочестивих агарян вигнав і кораблі їх у безодні потопив. Радуйся, бо, побачивши тебе в хорі ангелів з мечем у правиці, вороги затремтіли; Радуйся, бо воєводі заборонив збудувати храм, щоб звершувати в ньому літургію на прісному хлібі. Радуйся, бо воєводу латинського лютою смертю вразив; Радуйся, бо блискавкою зображення його в домі у Венеції спалив. Радуйся, бо відступництво і лжемудрість Заходу посоромив; Радуйся, бо єдину православну віру як істинну і спасенну для людей утвердив. Радуйся, Спиридоне, дивовижний чудотворче!</w:t>
      </w:r>
    </w:p>
    <w:p>
      <w:pPr>
        <w:pStyle w:val="Heading2"/>
      </w:pPr>
      <w:r>
        <w:t>Кондак 13</w:t>
      </w:r>
    </w:p>
    <w:p>
      <w:r>
        <w:t>О предивний святителю Христовий отче Спиридоне! Нинішні наші молитви прийми і визволи нас від усяких бід і напастей, зміцни нашу країну на подолання ворогів наших, даруй нам прощення гріхів і визволи від вічної смерті всіх, хто взиває через тебе до Бога: Алилуя! Алилуя! Алилуя! (цей кондак 13 промовляється тричі)</w:t>
      </w:r>
    </w:p>
    <w:p>
      <w:pPr>
        <w:pStyle w:val="Heading2"/>
      </w:pPr>
      <w:r>
        <w:t>Ікос 1</w:t>
      </w:r>
    </w:p>
    <w:p>
      <w:r>
        <w:t>Від юності прикрашений усіма чеснотами, ти життям своїм ангелів наслідував, святителю Спиридоне, і воістину став другом Христовим; ми ж, дивлячись на тебе, небесну людину й земного ангела, з благоговінням розчулено взиваємо до тебе: Радуйся, розуму, що споглядаєш тайни Святої Тройці; Радуйся, бо збагатився пресвітлим сяянням Духа. Радуйся, світильнику ясноблискучий; Радуйся, бо розум свій безпристрасністю просвітив. Радуйся, бо з молодості істинну простоту й мовчання полюбив; Радуйся, прикрасо доброчесності. Радуйся, любові невичерпний струмене; Радуйся, бо гостинність Авраама наслідував. Радуйся, бо всім з любов’ю вхід у свою оселю відкривав; Радуйся, вбогих заступнику. Радуйся, бо перед тобою благоговіють люди; Радуйся, бо ти — оселя Святого Духа. Радуйся, Спиридоне, дивовижний чудотворче!</w:t>
      </w:r>
    </w:p>
    <w:p>
      <w:pPr>
        <w:pStyle w:val="Heading2"/>
      </w:pPr>
      <w:r>
        <w:t>Кондак 1</w:t>
      </w:r>
    </w:p>
    <w:p>
      <w:r>
        <w:t>Прославлений від Господа святителю і чудотворче Спиридоне! Нині всечесну твою пам’ять святкуємо, багато бо можеш сприяти нам у Христі, що прославив тебе; зворушено взиваємо до тебе: визволи нас від усяких бід і напастей, що подячно співаємо тобі: Радуйся, Спиридоне, дивовижний чудотворче.</w:t>
      </w:r>
    </w:p>
    <w:p>
      <w:r>
        <w:t>МОЛИТВА ПЕРША</w:t>
      </w:r>
    </w:p>
    <w:p>
      <w:r>
        <w:t>О великий, дивовижний святителю Христовий і чудотворче Спиридоне, керкирська похвало, усього світу сонцесяйний світильнику, теплий до Бога молитовнику і всім, хто до тебе вдається і з вірою молиться, скорий заступнику! Ти віру православну на Нікейському Соборі посеред отців чудесно пояснив, ти єдність Святої Тройці дивною силою показав і єретиків до кінця посоромив. Почуй нас, грішних, що молимося тобі, святителю Христовий, і сильним твоїм заступництвом перед Господом визволи нас від усяких злих обставин: від голоду, повені, вогню і смертоносної рани. Ти бо в тимчасовому своєму житті від усіх цих бід визволяв людей своїх: від нашестя агарян і від голоду країну свою зберіг, царя від невиліковної недуги визволив, і багатьох грішників до покаяння привів, і мертвих преславно воскрешав ти. За святість життя твого ангели невидимо в церкві співали і співслужили тобі. Так прославив тебе, вірного раба Свого, Владика Христос, і всі таємні справи людські дарував тобі розуміти та викривати тих, хто неправедно живе. Багатьом у потребі й нестачі ти старанно помагав, людей убогих під час голоду щедро наситив і багато знамень силою Духа Божого, що діяв у тобі, сотворив. Тож не залиш і нас, святителю Христовий, поминай нас, дітей своїх, біля престолу Вседержителя і вмоли Господа, щоб подав нам прощення багатьох наших гріхів, безбідне й мирне життя дарував і сподобив нас бездоганної та мирної кончини життя і блаженства вічного в майбутньому віці, щоб ми завжди возносили славу й подяку Отцю, і Сину, і Святому Духові, нині, і повсякчас, і на віки віків. Амінь.</w:t>
      </w:r>
    </w:p>
    <w:p>
      <w:r>
        <w:t>МОЛИТВА ДРУГА</w:t>
      </w:r>
    </w:p>
    <w:p>
      <w:r>
        <w:t>О всеблаженний святителю Спиридоне, великий угоднику Христовий і найславніший чудотворче! Ти перебуваєш на небесах перед престолом Божим з ликами ангелів, поглянь милостивим оком на людей, що тут стоять і просять твоєї могутньої допомоги. Ублагай милосердя Чоловіколюбця Бога, хай не осудить нас за беззаконня наші, але вчинить із нами згідно зі Своєю милістю! Вимоли нам у Христа Бога нашого мирне і спокійне життя, здоров’я душевне й тілесне, землі родючість і в усьому всякий достаток і благоденство, і хай не на зло обернемо блага, даровані нам від щедрого Бога. Але на славу Його та на прославлення твого заступництва! Визволи всіх, хто вдається до Бога з непохитною вірою, від усяких бід душевних і тілесних, від усякої муки й диявольських підступів! Будь утішителем засмучених, лікарем недужих, помічником у напастях, покровом нагих, заступником вдів, захисником сиріт, годувальником дітей, зміцненням старих, провідником подорожніх, керманичем мореплавців. Виблагай для всіх міцної твоєї допомоги в усьому корисному, що потребують на спасіння! Щоб твоїми молитвами досягли вічного спокою і разом з тобою прославляли Бога у Тройці Святій славимого, Отця, і Сина, і Святого Духа, нині, і повсякчас, і на віки віків. Амінь.</w:t>
      </w:r>
    </w:p>
    <w:p>
      <w:r>
        <w:t>МОЛИТВА НА ОСВЯЧЕННЯ ЄЛЕЮ</w:t>
      </w:r>
    </w:p>
    <w:p>
      <w:r>
        <w:t>Владико Вседержителю, Святий Царю, Ти караєш, але неумертвляєш, утверджуєш тих, що падають, і піднімаєш повалених, зціляєш тілесні скорботи людей. Молимося Тобі, Боже наш, щоб Ти послав милість Твою на єлей цей і на тих, що помазуються ним в імʼя Твоє, і нехай буде їм на зцілення душі й тіла, і на очищення й на зміну усякого страждання, і всякої недуги, і рани, і всякої скверни тіла й духу. Так, Господи, цілющу Твою силу з небес пошли, доторкнися до тіла, погаси вогневицю, вгамуй пристрасті й усяку неміч приховану. Будь Лікарем рабам Твоїм, підніми їх з постелі хвороби і з ложа страждання цілими і здоровими, даруй їх Церкві Твоїй, щоб вони догоджали на благо і чинили волю Твою. Твоє бо є, щоб милувати і спасати нас, Боже наш, і Тобі славу возсилаємо, Отцю, і Сину, і Святому Духу, нині, і повсякчас, і на віки віків. Диякон: Премудрість. Священник: Пресвята Богородице, спаси нас. Хор: Чеснішу від херувимів і незрівняно славнішу від серафимів, що без істління Бога Слово породила, сущу Богородицю, Тебе величаємо. Священник: Слава Тобі, Христе Боже, надіє наша, слава Тобі. Хор: Слава Отцю, і Сину, і Святому Духові і нині, і повсякчас, і на віки віків. Амінь. Господи. помилуй. Господи. помилуй. Господи. помилуй. Благослови. Священник: Христос, істинний Бог наш, молитвами Пречистої Своєї Матері, преподобних і богоносних отців наших святителя Спиридона і всіх святих, помилує і спасе нас, бо Він Благий і Людинолюбний. Хор: Амінь.</w:t>
      </w:r>
    </w:p>
    <w:p>
      <w:r>
        <w:t>Р§Р°СЃС‚С– Р·Р°РїРёС‚Р°РЅРЅСЏ (FAQ) РїСЂРѕ РђРєР°С„С–СЃС‚ РЎРІСЏС‚РѕРјСѓ РЎРїРёСЂРёРґРѕРЅСѓ</w:t>
      </w:r>
    </w:p>
    <w:p>
      <w:r>
        <w:t>1. Р§РѕРјСѓ СЃР°РјРµ РґРѕ РЎРїРёСЂРёРґРѕРЅР° РўСЂРёРјРёС„СѓРЅС‚СЃСЊРєРѕРіРѕ РјРѕР»СЏС‚СЊСЃСЏ РїСЂРѕ С„С–РЅР°РЅСЃРё С‚Р° Р¶РёС‚Р»Рѕ?</w:t>
      </w:r>
    </w:p>
    <w:p>
      <w:r>
        <w:t>Р—Р° Р·РµРјРЅРѕРіРѕ Р¶РёС‚С‚СЏ СЃРІСЏС‚РёР№ РЎРїРёСЂРёРґРѕРЅ СЃР°Рј Р·РЅР°РІ СѓР±РѕРіС–СЃС‚СЊ С– Р±С–РґРЅС–СЃС‚СЊ, Р°Р»Рµ Р·Р°РІР¶РґРё С‰РµРґСЂРѕ РґРѕРїРѕРјР°РіР°РІ РЅСѓР¶РґРµРЅРЅРёРј. Р’С–РґРѕРјРµ С‡СѓРґРѕ, РєРѕР»Рё РІС–РЅ РїРµСЂРµС‚РІРѕСЂРёРІ Р·РјС–СЋ РЅР° Р·РѕР»РѕС‚Рѕ, С‰РѕР± РІС–РґРґР°С‚Рё Р±С–РґРЅРѕРјСѓ С…Р»С–Р±РѕСЂРѕР±Сѓ РґР»СЏ Р·Р°СЃС‚Р°РІРё С‚Р° РІРёРєСѓРїСѓ РІСЂРѕР¶Р°СЋ. Р‘РѕРі РґР°СЂСѓРІР°РІ Р№РѕРјСѓ РѕСЃРѕР±Р»РёРІСѓ Р±Р»Р°РіРѕРґР°С‚СЊ РґРѕРїРѕРјР°РіР°С‚Рё РІС–СЂСѓСЋС‡РёРј Сѓ РІРёСЂС–С€РµРЅРЅС– РјР°С‚РµСЂС–Р°Р»СЊРЅРёС… С– Р¶РёС‚Р»РѕРІРёС… РїСЂРѕР±Р»РµРј.</w:t>
      </w:r>
    </w:p>
    <w:p>
      <w:r>
        <w:t>2. Р§Рё РјРѕР¶РЅР° РјРѕР»РёС‚РёСЃСЏ РђРєР°С„С–СЃС‚ РІРґРѕРјР° СЃР°РјРѕСЃС‚С–Р№РЅРѕ?</w:t>
      </w:r>
    </w:p>
    <w:p>
      <w:r>
        <w:t>РўР°Рє, РђРєР°С„С–СЃС‚ РјРѕР¶РЅР° С‡РёС‚Р°С‚Рё РІРґРѕРјР° РїРµСЂРµРґ С–РєРѕРЅРѕСЋ СЃРІСЏС‚РёС‚РµР»СЏ РЎРїРёСЂРёРґРѕРЅР°, С–Р· Р·Р°РїР°Р»РµРЅРѕСЋ СЃРІС–С‡РєРѕСЋ С‡Рё Р»Р°РјРїР°РґРєРѕСЋ. Р“РѕР»РѕРІРЅР° СѓРјРѕРІР° вЂ” Р·РѕСЃРµСЂРµРґР¶РµРЅС–СЃС‚СЊ, СѓРІР°Р¶РЅС–СЃС‚СЊ С– РІС–СЂР° Сѓ Р·Р°СЃС‚СѓРїРЅРёС†С‚РІРѕ СЃРІСЏС‚РѕРіРѕ.</w:t>
      </w:r>
    </w:p>
    <w:p>
      <w:r>
        <w:t>3. Р©Рѕ СЂРѕР±РёС‚Рё, СЏРєС‰Рѕ РїРµСЂРµСЂРІР°РІ 40-РґРµРЅРЅРµ С‡РёС‚Р°РЅРЅСЏ Р°РєР°С„С–СЃС‚Сѓ?</w:t>
      </w:r>
    </w:p>
    <w:p>
      <w:r>
        <w:t>РЇРєС‰Рѕ Р· РїРѕРІР°Р¶РЅРѕС— РїСЂРёС‡РёРЅРё РІРё РїСЂРѕРїСѓСЃС‚РёР»Рё РґРµРЅСЊ, РЅРµ РІРїР°РґР°Р№С‚Рµ Сѓ СЂРѕР·РїР°С‡. РџСЂРѕРґРѕРІР¶СѓР№С‚Рµ РјРѕР»РёС‚РІСѓ Р· РЅР°СЃС‚СѓРїРЅРѕРіРѕ РґРЅСЏ, РїРѕРїСЂРѕСЃРёРІС€Рё РІРёР±Р°С‡РµРЅРЅСЏ Сѓ РјРѕР»РёС‚РІС– Р·Р° РЅРµРґР±Р°Р»С–СЃС‚СЊ С‡Рё Р·Р°Р±СѓРґСЊРєСѓРІР°С‚С–СЃС‚СЊ.</w:t>
      </w:r>
    </w:p>
    <w:p>
      <w:r>
        <w:t>4. РЇРє РїРѕРґСЏРєСѓРІР°С‚Рё СЃРІСЏС‚РѕРјСѓ РЎРїРёСЂРёРґРѕРЅСѓ РїС–СЃР»СЏ РІРёСЂС–С€РµРЅРЅСЏ РїСЂРѕР±Р»РµРјРё?</w:t>
      </w:r>
    </w:p>
    <w:p>
      <w:r>
        <w:t>РџС–СЃР»СЏ РѕС‚СЂРёРјР°РЅРЅСЏ РґРѕРїРѕРјРѕРіРё РїСЂРёР№РЅСЏС‚Рѕ РїСЂРѕС‡РёС‚Р°С‚Рё РїРѕРґСЏС‡РЅСѓ РјРѕР»РёС‚РІСѓ Р“РѕСЃРїРѕРґСѓ Р°Р±Рѕ С‰Рµ РѕРґРёРЅ СЂР°Р· РїСЂРѕС‡РёС‚Р°С‚Рё РђРєР°С„С–СЃС‚ РЎРїРёСЂРёРґРѕРЅСѓ РўСЂРёРјРёС„СѓРЅС‚СЃСЊРєРѕРјСѓ РЅР° Р·РЅР°Рє РІРґСЏС‡РЅРѕСЃС‚С–, Р° С‚Р°РєРѕР¶ РїРѕРґР°С‚Рё РјРёР»РѕСЃС‚РёРЅСЋ РЅСѓР¶РґРµРЅРЅРёРј.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