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 ORACION DE LA SERENIDAD COMPLETA</w:t>
      </w:r>
    </w:p>
    <w:p>
      <w:r>
        <w:t>La Oración de la Serenidad, escrita por el teólogo Reinhold Niebuhr en el siglo XX y adoptada por Alcohólicos Anónimos, es una de las plegarias más universales y reconfortantes del mundo cristiano. Enseña el camino de la aceptación, el valor y el sabio discernimiento para hallar la paz mental en medio de las dificultades de la vida. Este folleto contiene la versión corta y completa, y la Oración de San Francisco de Asís por la paz.</w:t>
      </w:r>
    </w:p>
    <w:p>
      <w:r>
        <w:t>Fuente y reflexiones teológicas completas: https://pray.ee/</w:t>
      </w:r>
    </w:p>
    <w:p>
      <w:pPr>
        <w:pStyle w:val="Heading2"/>
      </w:pPr>
      <w:r>
        <w:t>1. La Oración de la Serenidad (Versión corta tradicional)</w:t>
      </w:r>
    </w:p>
    <w:p>
      <w:r>
        <w:t>«Dios, concédeme la serenidad para aceptar las cosas que no puedo cambiar, el valor para cambiar las cosas que puedo, y la sabiduría para reconocer la diferencia. Amén.»</w:t>
      </w:r>
    </w:p>
    <w:p>
      <w:pPr>
        <w:pStyle w:val="Heading2"/>
      </w:pPr>
      <w:r>
        <w:t>2. La Oración de la Serenidad (Versión completa original)</w:t>
      </w:r>
    </w:p>
    <w:p>
      <w:r>
        <w:t>«Dios, concédeme la serenidad para aceptar las cosas que no puedo cambiar, el valor para cambiar las cosas que puedo, y la sabiduría para reconocer la diferencia. Viviendo un día a la vez, disfrutando un momento a la vez; aceptando las dificultades como el camino hacia la paz. Tomando, como Jesús lo hizo, este mundo pecador tal como es, no como yo quisiera que fuera. Confiando en que Tú harás que todas las cosas salgan bien si me entrego a Tu voluntad; para que pueda ser razonablemente feliz en esta vida y supremamente feliz contigo para siempre en la eternidad. Amén.»</w:t>
      </w:r>
    </w:p>
    <w:p>
      <w:pPr>
        <w:pStyle w:val="Heading2"/>
      </w:pPr>
      <w:r>
        <w:t>3. Oración de San Francisco de Asís por la paz</w:t>
      </w:r>
    </w:p>
    <w:p>
      <w:r>
        <w:t>«Señor, hazme un instrumento de tu paz: donde haya odio, ponga yo amor; donde haya ofensa, ponga yo perdón; donde haya discordia, ponga yo unión; donde haya error, ponga yo verdad; donde haya duda, ponga yo la fe; donde haya desesperación, ponga yo esperanza; donde haya tinieblas, ponga yo luz; donde haya tristeza, ponga yo alegría. Oh Maestro, haced que yo no busque tanto ser consolado, como consolar; ser comprendido, como comprender; ser amado, como amar. Porque dando es como se recibe; perdonando es como se es perdonado; y muriendo es como se resucita a la vida eterna. Amén.»</w:t>
      </w:r>
    </w:p>
    <w:p>
      <w:r>
        <w:t>Encuentre más oraciones, salmos y guías de ascesis espiritual en nuestro sitio web oficial: https://pray.ee/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