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C3E50"/>
          <w:sz w:val="32"/>
        </w:rPr>
        <w:t>15 ХВИЛИН ІЗ ІСУСОМ У ПРЕСВЯТИХ ДАРАХ</w:t>
      </w:r>
    </w:p>
    <w:p>
      <w:r>
        <w:t>Цей духовний посібник призначений для євхаристійного споглядання та тихого діалогу з Господом Ісусом Христом, присутнім у Пресвятих Дарах. Тут містяться найсильніші молитви покаяння, подяки, прохання про здоров'я та духовне зцілення, а також молитва духовного причастя.</w:t>
      </w:r>
    </w:p>
    <w:p>
      <w:pPr>
        <w:spacing w:before="240" w:after="120"/>
      </w:pPr>
      <w:r>
        <w:rPr>
          <w:b/>
          <w:color w:val="16A085"/>
          <w:sz w:val="26"/>
        </w:rPr>
        <w:t>1. Молитва духовного причастя (коли немає змоги причаститися фізично)</w:t>
      </w:r>
    </w:p>
    <w:p>
      <w:pPr>
        <w:ind w:left="360"/>
      </w:pPr>
      <w:r>
        <w:rPr>
          <w:i/>
          <w:color w:val="7F8C8D"/>
        </w:rPr>
        <w:t>«Мій Ісусе, вірую, що Ти дійсно присутній у Пресвятих Дарах. Люблю Тебе понад усе і бажаю прийняти Тебе у свою душу. Оскільки я не можу зараз причаститися Сакраментально, прийди принаймні духовно до мого серця. Обіймаю Тебе і повністю єднаюся з Тобою, не дозволь мені ніколи розлучитися з Тобою. Амінь.»</w:t>
      </w:r>
    </w:p>
    <w:p>
      <w:pPr>
        <w:spacing w:before="240" w:after="120"/>
      </w:pPr>
      <w:r>
        <w:rPr>
          <w:b/>
          <w:color w:val="16A085"/>
          <w:sz w:val="26"/>
        </w:rPr>
        <w:t>2. Молитва перед Пресвятими Дарами про зцілення та здоров'я</w:t>
      </w:r>
    </w:p>
    <w:p>
      <w:pPr>
        <w:ind w:left="360"/>
      </w:pPr>
      <w:r>
        <w:rPr>
          <w:i/>
          <w:color w:val="7F8C8D"/>
        </w:rPr>
        <w:t>«О мій солодкий Ісусе, присутній у Преблагословенній Євхаристії! Ти є джерелом усякого життя і зцілення. Я припадаю до Твоїх стоп із глибоким упокоренням і вірою. Поглянь на мої немочі, хвороби та страждання (або хвороби моїх близьких). Очисти моє серце від гріхів, зціли моє тіло Своєю цілющою благодаттю і даруй мені мир душевний. Вірю, що Твоя любов здатна подолати будь-яку хворобу. Амінь.»</w:t>
      </w:r>
    </w:p>
    <w:p>
      <w:pPr>
        <w:spacing w:before="300"/>
      </w:pPr>
    </w:p>
    <w:p>
      <w:pPr>
        <w:jc w:val="center"/>
      </w:pPr>
      <w:r>
        <w:t xml:space="preserve">Descargado de / Downloaded from </w:t>
      </w:r>
      <w:hyperlink r:id="rId9">
        <w:r>
          <w:rPr>
            <w:color w:val="0056B3"/>
          </w:rPr>
          <w:t>https://pray.ee/</w:t>
        </w:r>
      </w:hyperlink>
    </w:p>
    <w:sectPr w:rsidR="00FC693F" w:rsidRPr="0006063C" w:rsidSect="00034616">
      <w:pgSz w:w="12240" w:h="15840"/>
      <w:pgMar w:top="800" w:right="800" w:bottom="80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6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ay.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