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15 MINUTOS CON JESÚS SACRAMENTADO</w:t>
      </w:r>
    </w:p>
    <w:p>
      <w:r>
        <w:t>Esta guía espiritual ha sido diseñada para la contemplación eucarística y el diálogo íntimo con nuestro Señor Jesucristo, verdaderamente presente en el Santísimo Sacramento. Contiene las oraciones más hermosas de adoración, acción de gracias, sanación y el Acto de Comunión Espiritual.</w:t>
      </w:r>
    </w:p>
    <w:p>
      <w:pPr>
        <w:spacing w:before="240" w:after="120"/>
      </w:pPr>
      <w:r>
        <w:rPr>
          <w:b/>
          <w:color w:val="16A085"/>
          <w:sz w:val="26"/>
        </w:rPr>
        <w:t>1. Acto de Comunión Espiritual (Para cuando no es posible comulgar sacramentalmente)</w:t>
      </w:r>
    </w:p>
    <w:p>
      <w:pPr>
        <w:ind w:left="360"/>
      </w:pPr>
      <w:r>
        <w:rPr>
          <w:i/>
          <w:color w:val="7F8C8D"/>
        </w:rPr>
        <w:t>«Jesús mío, creo que estás realmente presente en el Santísimo Sacramento del altar. Te amo sobre todas las cosas y deseo fervientemente recibirte dentro de mi alma. Ya que no puedo hacerlo ahora sacramentalmente, ven al menos espiritualmente a mi corazón. Como si ya te hubiese recibido, te abrazo y me uno del todo a Ti. No permitas, Señor, que jamás me separe de Ti. Amén.»</w:t>
      </w:r>
    </w:p>
    <w:p>
      <w:pPr>
        <w:spacing w:before="240" w:after="120"/>
      </w:pPr>
      <w:r>
        <w:rPr>
          <w:b/>
          <w:color w:val="16A085"/>
          <w:sz w:val="26"/>
        </w:rPr>
        <w:t>2. Oración de sanación y paz ante Jesús Sacramentado</w:t>
      </w:r>
    </w:p>
    <w:p>
      <w:pPr>
        <w:ind w:left="360"/>
      </w:pPr>
      <w:r>
        <w:rPr>
          <w:i/>
          <w:color w:val="7F8C8D"/>
        </w:rPr>
        <w:t>«¡Oh mi dulce Jesús, presente en la Sagrada Eucaristía! Tú eres la fuente de toda vida, paz y sanación. Me postro a Tus pies con profunda humildad y fe inquebrantable. Mira mis debilidades, enfermedades corporales y sufrimientos (mencione su necesidad). Limpia mi alma de pecados, sana mi cuerpo físico con Tu gracia restauradora y concédeme la paz perfecta. Amén.»</w:t>
      </w:r>
    </w:p>
    <w:p>
      <w:pPr>
        <w:spacing w:before="300"/>
      </w:pPr>
    </w:p>
    <w:p>
      <w:pPr>
        <w:jc w:val="center"/>
      </w:pPr>
      <w:r>
        <w:t xml:space="preserve">Descargado de / Downloaded from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