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МОЛИТВИ ДО СВЯТОЇ РИТИ КАСІЙСЬКОЇ</w:t>
      </w:r>
    </w:p>
    <w:p>
      <w:r>
        <w:t>Свята Рита Касійська — всесвітньо відома заступниця у безнадійних, складних та неможливих життєвих ситуаціях. Її власне життя було наповнене великим болем, терпінням та безмежним милосердям. До неї звертаються мільйони вірян про збереження шлюбу, відновлення миру в родинах та вирішення ситуацій, які здаються людському розуму абсолютно безвихідними.</w:t>
      </w:r>
    </w:p>
    <w:p>
      <w:pPr>
        <w:pStyle w:val="Heading2"/>
      </w:pPr>
      <w:r>
        <w:t>1. Молитва у безнадійних ситуаціях до святої Рити</w:t>
      </w:r>
    </w:p>
    <w:p>
      <w:r>
        <w:t>«О славна свята Рито, ти прославилася як покровителька у справах безнадійних та складних! Поглянь на мене, немічного раба Божого (ім'я), що перебуває у важкій життєвій скруті. Обставини мого життя здаються мені абсолютно безвихідними, а моє серце переповнене тривогою та болем. О свята заступнице, випроси у милостивого Бога благодать, яку я так гаряче благаю (назвати прохання). Вірю, що для Бога немає нічого неможливого, і твої молитви мають особливу силу перед Його Престолом. Навчи мене терпіння, зміцни мою віру і даруй мир моїй душі. Амінь.»</w:t>
      </w:r>
    </w:p>
    <w:p>
      <w:pPr>
        <w:pStyle w:val="Heading2"/>
      </w:pPr>
      <w:r>
        <w:t>2. Молитва за збереження шлюбу та мир у родині</w:t>
      </w:r>
    </w:p>
    <w:p>
      <w:r>
        <w:t>«Свята Рито, ти за життя зазнала великого болю у своєму шлюбі, терпеливо зносячи жорстокість та зневагу свого чоловіка, і своєю лагідністю та молитвою привела його до покаяння. Благаю тебе: зглянься над моєю родиною в цей час випробувань. Випроси для нас у Господа благодать примирення, взаємного прощення та відродження любові. Захисти наш шлюб від руйнування, розвій гнів та образу в наших серцях, і поверни в наш дім Божий мир та злагоду. Амінь.»</w:t>
      </w:r>
    </w:p>
    <w:p>
      <w:pPr>
        <w:pStyle w:val="Heading2"/>
      </w:pPr>
      <w:r>
        <w:t>3. Чудо з трояндами та стігматами святої Рити</w:t>
      </w:r>
    </w:p>
    <w:p>
      <w:r>
        <w:t>- Чудо з трояндами: Перед смертю свята Рита попросила принести їй червону троянду з її саду. Незважаючи на люту зиму та мороз, її родичка знайшла в саду одну квітучу червону троянду, яка стала символом Божої любові, що квітне навіть у найхолодніших обставинах життя.</w:t>
      </w:r>
    </w:p>
    <w:p>
      <w:r>
        <w:t>- Стігмат на чолі: Протягом 15 років свята Рита носила на своєму чолі рану від тернового шипа з Вінця Христа, розділяючи Його хресні страждання заради спасіння душ.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