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ПСАЛОМ 90 (91) — НАЙСИЛЬНІШИЙ ЗАХИСНИЙ ЩИТ</w:t>
      </w:r>
    </w:p>
    <w:p>
      <w:r>
        <w:t>Псалом 90 (у західній традиції — Псалом 91) — це найвідоміша захисна молитва у Святому Письмі. Відома як 'Молитва воїна' або 'Духовний бронежилет', вона дарує абсолютну впевненість у Божому захисті від будь-якої небезпеки, зброї, хвороб та страху.</w:t>
      </w:r>
    </w:p>
    <w:p>
      <w:pPr>
        <w:pStyle w:val="Heading2"/>
      </w:pPr>
      <w:r>
        <w:t>1. Текст Псалма 90 (українською мовою за Синодальним перекладом ПЦУ)</w:t>
      </w:r>
    </w:p>
    <w:p>
      <w:r>
        <w:t>«Хто живе під охороною Всевишнього, той під тінню Всемогутнього покоїться. Каже він до Господа: 'Ти притулок мій і фортеця моя, Бог мій, на Якого я надіюся!'</w:t>
      </w:r>
    </w:p>
    <w:p>
      <w:r>
        <w:t>Бо Він спасе тебе від сіті ловця і від пошесті згубної. Пір'ям Своїм Він покриє тебе, і під крилами Його ти будеш безпечний; щит і зброя — істина Його.</w:t>
      </w:r>
    </w:p>
    <w:p>
      <w:r>
        <w:t>Не побоїшся страху вночі, ні стріли, що летить удень, ні пошесті, що ходить у темряві, ні зарази, що нищить опівдні.</w:t>
      </w:r>
    </w:p>
    <w:p>
      <w:r>
        <w:t>Впаде біля тебе тисяча, і десять тисяч праворуч тебе, але до тебе не наблизиться. Тільки очима своїми будеш дивитися і помсту над беззаконними бачити.</w:t>
      </w:r>
    </w:p>
    <w:p>
      <w:r>
        <w:t>Бо ти сказав: 'Господь — надія моя', і Всевишнього обрав ти своїм захисником. Не прийде до тебе лихо, і пошесть не наблизиться до оселі твоєї.</w:t>
      </w:r>
    </w:p>
    <w:p>
      <w:r>
        <w:t>Бо Ангелам Своїм Він накаже про тебе, щоб охороняли тебе на всіх дорогах твоїх. На руках понесуть тебе, щоб не спіткнувся ти ногою своєю об камінь. На аспида й василіска наступатимеш, попиратимеш лева й дракона.</w:t>
      </w:r>
    </w:p>
    <w:p>
      <w:r>
        <w:t>'За те, що він поклав на Мене надію Свою, Я врятую його; захищу його, бо він знає ім'я Моє. Буде кликати Мене — Я почую його; буду з ним у скорботі, визволю його і прославлю його. Довгим життям насичу його і дам йому спасіння Моє'. Амінь.»</w:t>
      </w:r>
    </w:p>
    <w:p>
      <w:pPr>
        <w:pStyle w:val="Heading2"/>
      </w:pPr>
      <w:r>
        <w:t>2. Особиста молитва про захист на основі Псалма 90</w:t>
      </w:r>
    </w:p>
    <w:p>
      <w:r>
        <w:t>«Господи Боже мій, Ти є мій притулок і моя фортеця! Прошу Тебе, захисти мене, мою родину та мій дім від усякого зла, видимого і невидимого. Покрий нас Своїм пір'ям і захисти під Своїми крилами. Нехай Твоя істина буде нашим щитом і бронею. Накажи Своїм святим Ангелам охороняти нас на всіх дорогах наших, берегти від хвороб, раптової смерті та підступів ворожих. В руки Твої віддаю життя моє і вірю у Твою незламну обітницю спасіння. Амінь.»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