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PSALM 91 — THE ULTIMATE SHIELD OF PROTECTION</w:t>
      </w:r>
    </w:p>
    <w:p>
      <w:r>
        <w:t>Psalm 91 (Psalm 90 in the Septuagint) is the most famous protective prayer in the Holy Scriptures. Known as the 'Soldier's Prayer' or 'Spiritual Body Armor,' it grants absolute confidence in God's protection from any danger, weapon, disease, and fear.</w:t>
      </w:r>
    </w:p>
    <w:p>
      <w:pPr>
        <w:pStyle w:val="Heading2"/>
      </w:pPr>
      <w:r>
        <w:t>1. The Text of Psalm 91 (King James Version)</w:t>
      </w:r>
    </w:p>
    <w:p>
      <w:r>
        <w:t>"He that dwelleth in the secret place of the most High shall abide under the shadow of the Almighty. I will say of the Lord, He is my refuge and my fortress: my God; in Him will I trust.</w:t>
      </w:r>
    </w:p>
    <w:p>
      <w:r>
        <w:t>Surely He shall deliver thee from the snare of the fowler, and from the noisome pestilence. He shall cover thee with His feathers, and under His wings shalt thou trust: His truth shall be thy shield and buckler.</w:t>
      </w:r>
    </w:p>
    <w:p>
      <w:r>
        <w:t>Thou shalt not be afraid for the terror by night; nor for the arrow that flieth by day; nor for the pestilence that walketh in darkness; nor for the destruction that wasteth at noonday.</w:t>
      </w:r>
    </w:p>
    <w:p>
      <w:r>
        <w:t>A thousand shall fall at thy side, and ten thousand at thy right hand; but it shall not come nigh thee. Only with thine eyes shalt thou behold and see the reward of the wicked.</w:t>
      </w:r>
    </w:p>
    <w:p>
      <w:r>
        <w:t>Because thou hast made the Lord, which is my refuge, even the most High, thy habitation; there shall no evil befall thee, neither shall any plague come nigh thy dwelling.</w:t>
      </w:r>
    </w:p>
    <w:p>
      <w:r>
        <w:t>For He shall give His angels charge over thee, to keep thee in all thy ways. They shall bear thee up in their hands, lest thou dash thy foot against a stone. Thou shalt tread upon the lion and adder: the young lion and the dragon shalt thou trample under feet.</w:t>
      </w:r>
    </w:p>
    <w:p>
      <w:r>
        <w:t>'Because he hath set his love upon Me, therefore will I deliver him: I will set him on high, because he hath known My name. He shall call upon Me, and I will answer him: I will be with him in trouble; I will deliver him, and honor him. With long life will I satisfy him, and show him My salvation.' Amen."</w:t>
      </w:r>
    </w:p>
    <w:p>
      <w:pPr>
        <w:pStyle w:val="Heading2"/>
      </w:pPr>
      <w:r>
        <w:t>2. Personal Prayer of Protection Based on Psalm 91</w:t>
      </w:r>
    </w:p>
    <w:p>
      <w:r>
        <w:t>"O Lord my God, You are my refuge and my fortress! I ask for Your protection over my life, my family, and my home. Guard me from all perils of this world, both seen and unseen. Cover me with Your feathers and shield me with Your wings. Let Your truth and faithfulness be my shield and buckler. Command Your holy Angels to guard me in all my ways, keeping me safe from harm, sickness, and danger. I commit my life into Your hands, trusting in Your promise of divine deliverance and safety.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