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ПСАЛОМ 50 (51) — МОЛИТВА ПОКАЯННЯ ЦАРЯ ДАВИДА</w:t>
      </w:r>
    </w:p>
    <w:p>
      <w:r>
        <w:t>Псалом 50 (51 у західній нумерації) — це найвеличніший покаянний псалом у Біблії, написаний царем Давидом після його важкого гріхопадіння та пророчого докору Натана. Він є основою християнського вчення про покаяння, смиренність серця та здобуття Божого прощення. Цей збірник містить повний канонічний текст псалма українською, англійською, іспанською та латинською мовами.</w:t>
      </w:r>
    </w:p>
    <w:p>
      <w:r>
        <w:t>Джерело канонічних текстів: https://pray.ee/</w:t>
      </w:r>
    </w:p>
    <w:p>
      <w:pPr>
        <w:pStyle w:val="Heading2"/>
      </w:pPr>
      <w:r>
        <w:t>1. Псалом 50 (українською мовою за канонічним перекладом)</w:t>
      </w:r>
    </w:p>
    <w:p>
      <w:r>
        <w:t>«Помилуй мене, Боже, з великої милості Твоєї, і з великого милосердя Твого очисти беззаконня моє. Обмий мене сугубо від беззаконня мого і від гріха мого очисти мене. Бо беззаконня моє я знаю, і гріх мій повсякчас переді мною. Тобі єдиному згрішив я і лукаве перед Тобою вчинив, щоб Ти був праведний у вироку Твоєму і переможцем, коли будеш судити. Бо ось у беззаконнях я зачатий, і в гріхах породила мене мати моя. Бо ось істину полюбив Ти, невідоме й таємне мудрості Твоєї явив мені. Окропи мене ісопом, і очищуся; обмий мене, і стану білішим від снігу. Даруй мені почути радість і веселість, і зрадіють кості мої смиренні. Відверни лице Твоє від гріхів моїх і всі беззаконня мої очисти. Серце чисте створи в мені, Боже, і духа праведного віднови в нутрі моєму. Не відкинь мене від лиця Твого і Духа Твого Святого не відніми від мене. Поверни мені радість спасіння Твого і духом владичним утверди мене. Навчу беззаконних доріг Твоїх, і нечестиві до Тебе навернуться. Визволи мене від вини кривавої, Боже, Боже спасіння мого, і язик мій радісно славитиме правду Твою. Господи, відкрий уста мої, і язик мій сповістить хвалу Твою. Бо якби Ти жертви зажадав, я дав би її; та всеспалення Тобі не вгодні. Жертва Богові — це дух упокорений, серцем сокрушенним і смиренним Бог не зневажить. Ублажи, Господи, благоволінням Твоїм Сіон, і нехай відбудуються стіни єрусалимські. Тоді вгодні будуть Тобі жертви правди, приношення і всеспалення; тоді покладуть на вівтар Твій тельців. Амінь.»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