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SALMO 51 — MISERERE MEI DEUS (ORACION DE ARREPENTIMIENTO)</w:t>
      </w:r>
    </w:p>
    <w:p>
      <w:r>
        <w:t>El Salmo 51 (Salmo 50 según la numeración oriental) es el salmo penitencial más célebre y profundo de la Sagrada Escritura, escrito por el rey David en solemne contrición de corazón. Sirve como la guía definitiva sobre el arrepentimiento, la humildad y la búsqueda del perdón divino. Este folleto contiene el texto completo en español, latín y arameo.</w:t>
      </w:r>
    </w:p>
    <w:p>
      <w:r>
        <w:t>Fuente de textos canónicos: https://pray.ee/</w:t>
      </w:r>
    </w:p>
    <w:p>
      <w:pPr>
        <w:pStyle w:val="Heading2"/>
      </w:pPr>
      <w:r>
        <w:t>1. Salmo 51 (Español - Reina Valera)</w:t>
      </w:r>
    </w:p>
    <w:p>
      <w:r>
        <w:t>«Ten piedad de mí, oh Dios, conforme a Tu misericordia; conforme a la multitud de Tus piedades borra mis rebeliones. Lávame más y más de mi maldad, y límpiame de mi pecado. Porque yo reconozco mis rebeliones, y mi pecado está siempre delante de mí. Contra Ti, contra Ti solo he pecado, y he hecho lo malo delante de Tus ojos; para que seas reconocido justo en Tu palabra, y tenido por puro en Tu juicio. He aquí, en maldad he sido formado, y en pecado me concibió mi madre. He aquí, Tú amas la verdad en lo íntimo, y en lo secreto me has hecho comprender sabiduría. Purifícame con hisopo, y seré limpio; lávame, y seré más blanco que la nieve. Hazme oír gozo y alegría, y se recrearán los huesos que has abatido. Esconde Tu rostro de mis pecados, y borra todas mis maldades. Crea en mí, oh Dios, un corazón limpio, y renueva un espíritu recto dentro de mí. No me eches de delante de Tu presencia, y no quites de mí Tu Santo Espíritu. Vuélveme el gozo de Tu salvación, y espíritu noble me sustente. Entonces enseñaré a los transgresores Tus caminos, y los pecadores se convertirán a Ti. Líbrame de homicidios, oh Dios, Dios de mi salvación; cantará mi lengua Tu justicia. Señor, abre mis labios, y publicará mi boca Tu alabanza. Porque no quieres sacrificio, que yo lo daría; no quieres holocausto. Los sacrificios de Dios son el espíritu quebrantado; al corazón contrito y humillado no despreciarás Tú, oh Dios. Haz bien con Tu benevolencia a Sion; edifica los muros de Jerusalén. Entonces te agradarán los sacrificios de justicia, el holocausto u ofrenda del todo quemada; entonces ofrecerán becerros sobre Tu altar. Amén.»</w:t>
      </w:r>
    </w:p>
    <w:p>
      <w:pPr>
        <w:pStyle w:val="Heading2"/>
      </w:pPr>
      <w:r>
        <w:t>2. El original en Latín (Miserere mei, Deus)</w:t>
      </w:r>
    </w:p>
    <w:p>
      <w:r>
        <w:t>«Miserere mei, Deus, secundum magnam misericordiam tuam; et secundum multitudinem miserationum tuarum, dele iniquitatem meam. Amplius lava me ab iniquitate mea, et a peccato meo munda me. Quoniam iniquitatem meam ego cognosco, et peccatum meum contra me est semper. Tibi soli peccavi, et malum coram te feci; ut iustificeris in sermonibus tuis, et vincas cum iudicaris. Ecce enim in iniquitatibus conceptus sum, et in peccatis concepit me mater mea. Ecce enim veritatem dilexisti; incerta et occulta sapientiae tuae manifestasti mihi. Asperges me hyssopo, et mundabor; lavabis me, et super nivem dealbabor. Auditui meo dabis gaudium et laetitiam, et exsultabunt ossa humiliata. Averte faciem tuam a peccatis meis, et omnes iniquitates meas dele. Cor mundum crea in me, Deus, et spiritum rectum innova in visceribus meis. Ne proiicias me a facie tua, et spiritum sanctum tuum ne auferas a me. Redde mihi laetitiam salutaris tui, et spiritu principali confirma me. Amen.»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