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ORACIONES A SAN PEREGRINO</w:t>
      </w:r>
    </w:p>
    <w:p>
      <w:r>
        <w:t>San Peregrino es el patrono universal de los enfermos de cáncer, tumores y enfermedades graves e incurables. Sanado milagrosamente de un cáncer en su pierna tras pasar una noche de oración ante el crucifijo, recibió de Dios la gracia de interceder con gran eficacia por los enfermos desahuciados. Este folleto reúne sus oraciones más poderosas.</w:t>
      </w:r>
    </w:p>
    <w:p>
      <w:pPr>
        <w:spacing w:before="240" w:after="120"/>
      </w:pPr>
      <w:r>
        <w:rPr>
          <w:b/>
          <w:color w:val="16A085"/>
          <w:sz w:val="26"/>
        </w:rPr>
        <w:t>1. Oración milagrosa a San Peregrino para curar el cáncer</w:t>
      </w:r>
    </w:p>
    <w:p>
      <w:pPr>
        <w:ind w:left="360"/>
      </w:pPr>
      <w:r>
        <w:rPr>
          <w:i/>
          <w:color w:val="7F8C8D"/>
        </w:rPr>
        <w:t>«¡Oh glorioso San Peregrino, a quien llaman 'El Hacedor de Maravillas' por los numerosos milagros que obtienes de Dios para los enfermos de cáncer! Tú que por muchos años padeciste esta enfermedad que carcomió tus tejidos, y tuviste alivio cuando los recursos humanos no daban esperanza, viendo a Jesús bajar de la cruz para sanar tu pierna. Pide a Dios y a la Santísima Virgen la cura completa para (nombre de la persona enferma). Alivia sus dolores y restáurale la salud. Amén.»</w:t>
      </w:r>
    </w:p>
    <w:p>
      <w:pPr>
        <w:spacing w:before="240" w:after="120"/>
      </w:pPr>
      <w:r>
        <w:rPr>
          <w:b/>
          <w:color w:val="16A085"/>
          <w:sz w:val="26"/>
        </w:rPr>
        <w:t>2. Oración a Cristo Salvador por intercesión de San Peregrino</w:t>
      </w:r>
    </w:p>
    <w:p>
      <w:pPr>
        <w:ind w:left="360"/>
      </w:pPr>
      <w:r>
        <w:rPr>
          <w:i/>
          <w:color w:val="7F8C8D"/>
        </w:rPr>
        <w:t>«Señor Jesús, Tú nos diste en San Peregrino un ejemplo admirable de paciencia y aceptación en el dolor. Concédenos que, a imitación suya y por su intercesión, podamos soportar con valor las pruebas de la vida, y otorga a nuestros hermanos enfermos del terrible mal del cáncer el milagro de la sanación y Tu perfecta paz. Amén.»</w:t>
      </w:r>
    </w:p>
    <w:p>
      <w:pPr>
        <w:spacing w:before="300"/>
      </w:pPr>
    </w:p>
    <w:p>
      <w:pPr>
        <w:jc w:val="center"/>
      </w:pPr>
      <w:r>
        <w:t xml:space="preserve">Descargado de / Downloaded from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