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АКАФІСТ ДО СВЯТОГО ВЕЛИКОМУЧЕНИКА І ЦІЛИТЕЛЯ ПАНТЕЛЕЙМОНА</w:t>
      </w:r>
    </w:p>
    <w:p>
      <w:r>
        <w:t>Страстотерпче Христовий обраний і Лікарю благодатнатний, що хворим даруєш зцілення, Тебе, Заступнику наш, піснями славимо. Ти ж, як той, що має сміливість перед Господом, від усяких бід і хвороб визволяй нас, що з любов'ю співаємо тобі: Радуйся, великомученику і цілителю Пантелеймоне.</w:t>
      </w:r>
    </w:p>
    <w:p>
      <w:pPr>
        <w:pStyle w:val="Heading2"/>
      </w:pPr>
      <w:r>
        <w:t>Ікос 1</w:t>
      </w:r>
    </w:p>
    <w:p>
      <w:r>
        <w:t>Ангела земного і небесну людину знаємо тебе, славний Пантелеймоне: ангельською чистотою і мученицьким подвигом прикрашений, ти переселився із землі на небо, де з ангелами і всіма святими предстоїш Престолу слави Господньої. Молися за нас, земних, що шануємо тебе цими виголосами:</w:t>
      </w:r>
    </w:p>
    <w:p>
      <w:r>
        <w:t>Радуйся, світлосте благочестя; радуйся, преславний світильнику Церкви.</w:t>
      </w:r>
    </w:p>
    <w:p>
      <w:r>
        <w:t>Радуйся, благочестивим велика слава; радуйся, міцна стіно озлоблених.</w:t>
      </w:r>
    </w:p>
    <w:p>
      <w:r>
        <w:t>Радуйся, великомученику і цілителю Пантелеймоне.</w:t>
      </w:r>
    </w:p>
    <w:p>
      <w:pPr>
        <w:pStyle w:val="Heading2"/>
      </w:pPr>
      <w:r>
        <w:t>Кондак 2</w:t>
      </w:r>
    </w:p>
    <w:p>
      <w:r>
        <w:t>Бачачи в тобі благодать велику і багатство чеснот, дивуємося ангелоподібній чистоті твоїй і великому мужеству в лютих стражданнях. Стійко перетерпівши вогонь і залізо за Христа, ти співаєш Йому нині на небесах: Алилуя!</w:t>
      </w:r>
    </w:p>
    <w:p>
      <w:pPr>
        <w:pStyle w:val="Heading2"/>
      </w:pPr>
      <w:r>
        <w:t>Ікос 2</w:t>
      </w:r>
    </w:p>
    <w:p>
      <w:r>
        <w:t>Розум богонатхненний маючи, о доблий воїне Пантелеймоне, ти здивував царя Максиміана мужністю душі твоєї і словами, якими дерзновенно проповідував Христа. Тому, похваляючи твою сміливість, співаємо тобі:</w:t>
      </w:r>
    </w:p>
    <w:p>
      <w:r>
        <w:t>Радуйся, залякування Максиміана знехтувавши; радуйся, порадам нечестивих не підкорившись.</w:t>
      </w:r>
    </w:p>
    <w:p>
      <w:r>
        <w:t>Радуйся, насадження істинного богошанування; радуйся, ідолопоклонства викривачу.</w:t>
      </w:r>
    </w:p>
    <w:p>
      <w:r>
        <w:t>Радуйся, великомученику і цілителю Пантелеймоне.</w:t>
      </w:r>
    </w:p>
    <w:p>
      <w:pPr>
        <w:pStyle w:val="Heading2"/>
      </w:pPr>
      <w:r>
        <w:t>Кондак 3</w:t>
      </w:r>
    </w:p>
    <w:p>
      <w:r>
        <w:t>Силою Вишнього, дарованою тобі, і міцним терпінням твоїм обезсилив єси нахабство мучителя, мужній переможцю: вогню, звірів, колеса, ти не злякався і мечем обезглавлений, вінець перемоги прийняв єси від Христа Бога, співаючи Йому: Алилуя!</w:t>
      </w:r>
    </w:p>
    <w:p>
      <w:pPr>
        <w:pStyle w:val="Heading2"/>
      </w:pPr>
      <w:r>
        <w:t>Ікос 3</w:t>
      </w:r>
    </w:p>
    <w:p>
      <w:r>
        <w:t>Маючи велику ревність до Бога, ти, святий Пантелеймоне, послухав порад матері твоєї Єввули та священних повчань пресвітера Єрмолая. Все майно своє роздав ти убогим та придбав дорогоцінну перлину — Христа. Тому співаємо тобі:</w:t>
      </w:r>
    </w:p>
    <w:p>
      <w:r>
        <w:t>Радуйся, палкий вогню Божественної любові; радуйся, вірний служителю бідних.</w:t>
      </w:r>
    </w:p>
    <w:p>
      <w:r>
        <w:t>Радуйся, зцілителю безвідплатний; радуйся, милості і милосердя скарбнице.</w:t>
      </w:r>
    </w:p>
    <w:p>
      <w:r>
        <w:t>Радуйся, великомученику і цілителю Пантелеймоне.</w:t>
      </w:r>
    </w:p>
    <w:p>
      <w:pPr>
        <w:pStyle w:val="Heading2"/>
      </w:pPr>
      <w:r>
        <w:t>Кондак 4</w:t>
      </w:r>
    </w:p>
    <w:p>
      <w:r>
        <w:t>Бурею люті дихав нечестивий цар, дізнавшись від заздрісних лікарів, що ти зцілюєш усякі невиліковні хвороби іменем Ісуса Христа. Ми ж, славлячи дивного в тобі Бога, взиваємо Йому: Алилуя!</w:t>
      </w:r>
    </w:p>
    <w:p>
      <w:pPr>
        <w:pStyle w:val="Heading2"/>
      </w:pPr>
      <w:r>
        <w:t>Ікос 4</w:t>
      </w:r>
    </w:p>
    <w:p>
      <w:r>
        <w:t>Почувши, що ти повертаєш зір сліпим і ставиш на ноги паралізованих одним лише закликанням імені Христового, безліч людей покинули ідолів та навернулися до Бога. Прославляючи твій благодатний дар, взиваємо:</w:t>
      </w:r>
    </w:p>
    <w:p>
      <w:r>
        <w:t>Радуйся, болящих безкорисливий лікарю; радуйся, невичерпне джерело зцілень.</w:t>
      </w:r>
    </w:p>
    <w:p>
      <w:r>
        <w:t>Радуйся, сліпих просвітлення; радуйся, кривих і немічних укріплення.</w:t>
      </w:r>
    </w:p>
    <w:p>
      <w:r>
        <w:t>Радуйся, великомученику і цілителю Пантелеймоне.</w:t>
      </w:r>
    </w:p>
    <w:p>
      <w:pPr>
        <w:pStyle w:val="Heading2"/>
      </w:pPr>
      <w:r>
        <w:t>Кондак 5</w:t>
      </w:r>
    </w:p>
    <w:p>
      <w:r>
        <w:t>Дивне і преславне чудо створив через тебе Господь, коли ти молитвою воскресив дитину, вкушену отруйною єхидною, і прийняв святе Хрещення від старця Єрмолая. Співаючи подяку Спасителю, ми взиваємо: Алилуя!</w:t>
      </w:r>
    </w:p>
    <w:p>
      <w:pPr>
        <w:pStyle w:val="Heading2"/>
      </w:pPr>
      <w:r>
        <w:t>Ікос 5</w:t>
      </w:r>
    </w:p>
    <w:p>
      <w:r>
        <w:t>Побачивши світло правдивого богопізнання, твій батько Секунд також увірував у Христа, побачивши, як ти повернув зір сліпому. Разом із ним прославляємо твою велику віру і співаємо тобі:</w:t>
      </w:r>
    </w:p>
    <w:p>
      <w:r>
        <w:t>Радуйся, батька свого до світла віри привівши; радуйся, темряву багатобожжя розігнавши.</w:t>
      </w:r>
    </w:p>
    <w:p>
      <w:r>
        <w:t>Радуйся, зрителю небесної слави; радуйся, посереднику нашого спасіння.</w:t>
      </w:r>
    </w:p>
    <w:p>
      <w:r>
        <w:t>Радуйся, великомученику і цілителю Пантелеймоне.</w:t>
      </w:r>
    </w:p>
    <w:p>
      <w:pPr>
        <w:pStyle w:val="Heading2"/>
      </w:pPr>
      <w:r>
        <w:t>Кондак 6</w:t>
      </w:r>
    </w:p>
    <w:p>
      <w:r>
        <w:t>Проповідував ти дерзновенно ім'я Господнє перед судом мучителів, тричі блаженний мученику, кажучи: 'Моя зцілююча сила і слава — це Христос, істинний Бог, Який воскрешає мертвих і дарує здоров'я всім'. Співаючи Йому, взиваємо: Алилуя!</w:t>
      </w:r>
    </w:p>
    <w:p>
      <w:pPr>
        <w:pStyle w:val="Heading2"/>
      </w:pPr>
      <w:r>
        <w:t>Ікос 6</w:t>
      </w:r>
    </w:p>
    <w:p>
      <w:r>
        <w:t>Засяяв ти перед катами як непереможний воїн Небесного Царя, коли мужньо переносив страшне катування на дереві, палення вогнем та кипіння в олові. Прославляючи твоє надприродне терпіння, співаємо тобі:</w:t>
      </w:r>
    </w:p>
    <w:p>
      <w:r>
        <w:t>Радуйся, міцний адаманте Церкви; радуйся, непохитний стовпе віри.</w:t>
      </w:r>
    </w:p>
    <w:p>
      <w:r>
        <w:t>Радуйся, звірів диких лагідністю укротивши; радуйся, драконів невидимих молитвою сокрушивши.</w:t>
      </w:r>
    </w:p>
    <w:p>
      <w:r>
        <w:t>Радуйся, великомученику і цілителю Пантелеймоне.</w:t>
      </w:r>
    </w:p>
    <w:p>
      <w:pPr>
        <w:pStyle w:val="Heading2"/>
      </w:pPr>
      <w:r>
        <w:t>Кондак 7</w:t>
      </w:r>
    </w:p>
    <w:p>
      <w:r>
        <w:t>Милість велику вилив на тебе Господь, коли під час катувань Своїм явленням зміцнив тебе і зцілив твої рани. З подякою співаємо Богові, що прославляє святих Своїх: Алилуя!</w:t>
      </w:r>
    </w:p>
    <w:p>
      <w:pPr>
        <w:pStyle w:val="Heading2"/>
      </w:pPr>
      <w:r>
        <w:t>Ікос 7</w:t>
      </w:r>
    </w:p>
    <w:p>
      <w:r>
        <w:t>Новим і дивним лікарем знаємо тебе, Пантелеймоне, бо ти лікуєш не людським мистецтвом, а благодаттю Святого Духа. Твоє ім'я означає 'всемилостивий', і ти щедро виливаєш милість на всіх, хто співає тобі:</w:t>
      </w:r>
    </w:p>
    <w:p>
      <w:r>
        <w:t>Радуйся, убогих і скорботних утішителю; радуйся, сиріт і вдів покровителю.</w:t>
      </w:r>
    </w:p>
    <w:p>
      <w:r>
        <w:t>Радуйся, лікарю душ і тіл наших; радуйся, небесний наш захиснику.</w:t>
      </w:r>
    </w:p>
    <w:p>
      <w:r>
        <w:t>Радуйся, великомученику і цілителю Пантелеймоне.</w:t>
      </w:r>
    </w:p>
    <w:p>
      <w:pPr>
        <w:pStyle w:val="Heading2"/>
      </w:pPr>
      <w:r>
        <w:t>Кондак 8</w:t>
      </w:r>
    </w:p>
    <w:p>
      <w:r>
        <w:t>Дивне чудо бачимо на тобі, блаженний страдальче: коли тебе усікли мечем, замість крові витекло молоко, а суха маслина, до якої тебе прив'язали, негайно зацвіла і покрилася цілющими плодами. Співаємо Богу: Алилуя!</w:t>
      </w:r>
    </w:p>
    <w:p>
      <w:pPr>
        <w:pStyle w:val="Heading2"/>
      </w:pPr>
      <w:r>
        <w:t>Ікос 8</w:t>
      </w:r>
    </w:p>
    <w:p>
      <w:r>
        <w:t>Увесь світ дивується твоїй славі, святий Пантелеймоне. Твоя чесна глава є великим скарбом для вірних, виливаючи цілюще миро та даруючи зцілення всім, хто з вірою взиває:</w:t>
      </w:r>
    </w:p>
    <w:p>
      <w:r>
        <w:t>Радуйся, бо тобою сатана посрамився; радуйся, бо тобою Христос прославився.</w:t>
      </w:r>
    </w:p>
    <w:p>
      <w:r>
        <w:t>Радуйся, Царства Небесного спадкоємцю; радуйся, вічної слави сопричаснику.</w:t>
      </w:r>
    </w:p>
    <w:p>
      <w:r>
        <w:t>Радуйся, великомученику і цілителю Пантелеймоне.</w:t>
      </w:r>
    </w:p>
    <w:p>
      <w:pPr>
        <w:pStyle w:val="Heading2"/>
      </w:pPr>
      <w:r>
        <w:t>Кондак 9</w:t>
      </w:r>
    </w:p>
    <w:p>
      <w:r>
        <w:t>Усілякі хвороби наші зціли, милостивий наш лікарю Пантелеймоне, і вгамуй душевні скорботи наші, щоб ми вдячно співали Богу, Який дав тобі таку благодать: Алилуя!</w:t>
      </w:r>
    </w:p>
    <w:p>
      <w:pPr>
        <w:pStyle w:val="Heading2"/>
      </w:pPr>
      <w:r>
        <w:t>Ікос 9</w:t>
      </w:r>
    </w:p>
    <w:p>
      <w:r>
        <w:t>Красномовці багатослівні не можуть гідно прославити твоїх великих подвигів та чудес, якими ти наповнив увесь світ. Ми ж, дивуючись твоїй благодаті, співаємо тобі так:</w:t>
      </w:r>
    </w:p>
    <w:p>
      <w:r>
        <w:t>Радуйся, посудино пречесна, що виливає зцілення; радуйся, чистоти і непорочності скарбнице.</w:t>
      </w:r>
    </w:p>
    <w:p>
      <w:r>
        <w:t>Радуйся, тезоімените милосердя; радуйся, швидка допомого тим, хто у бідах.</w:t>
      </w:r>
    </w:p>
    <w:p>
      <w:r>
        <w:t>Радуйся, великомученику і цілителю Пантелеймоне.</w:t>
      </w:r>
    </w:p>
    <w:p>
      <w:pPr>
        <w:pStyle w:val="Heading2"/>
      </w:pPr>
      <w:r>
        <w:t>Кондак 10</w:t>
      </w:r>
    </w:p>
    <w:p>
      <w:r>
        <w:t>Бажаючи спасти світ від гріха і хвороб, Господь дарував нам тебе як благодатного цілителя і заступника. Прибігаючи під твій покров, ми з любов'ю співаємо Богу: Алилуя!</w:t>
      </w:r>
    </w:p>
    <w:p>
      <w:pPr>
        <w:pStyle w:val="Heading2"/>
      </w:pPr>
      <w:r>
        <w:t>Ікос 10</w:t>
      </w:r>
    </w:p>
    <w:p>
      <w:r>
        <w:t>Стіною міцною і надійним захистом будь для нас, святий Пантелеймоне, від підступів ворожих, від інфекцій, епідемій та невиліковних недуг, щоб ми завжди радісно виголошували тобі:</w:t>
      </w:r>
    </w:p>
    <w:p>
      <w:r>
        <w:t>Радуйся, від раптової смерті охоронителю; радуйся, болящих і вмираючих надіє.</w:t>
      </w:r>
    </w:p>
    <w:p>
      <w:r>
        <w:t>Радуйся, міцний захиснику від ворогів видимих і невидимих; радуйся, миру і тиші подателю.</w:t>
      </w:r>
    </w:p>
    <w:p>
      <w:r>
        <w:t>Радуйся, великомученику і цілителю Пантелеймоне.</w:t>
      </w:r>
    </w:p>
    <w:p>
      <w:pPr>
        <w:pStyle w:val="Heading2"/>
      </w:pPr>
      <w:r>
        <w:t>Кондак 11</w:t>
      </w:r>
    </w:p>
    <w:p>
      <w:r>
        <w:t>Співи наші подячні приносимо тобі, святий великомученику, за твою велику любов і безкорисливу допомогу. Прославляючи твою пам'ять, співаємо Богу: Алилуя!</w:t>
      </w:r>
    </w:p>
    <w:p>
      <w:pPr>
        <w:pStyle w:val="Heading2"/>
      </w:pPr>
      <w:r>
        <w:t>Ікос 11</w:t>
      </w:r>
    </w:p>
    <w:p>
      <w:r>
        <w:t>Світлосяйним променем Божественної благодаті сяєш ти нам, що перебуваємо у пітьмі хвороб та гріхів. Веди нас до Сонця Правди — Христа, щоб ми вдячно співали тобі:</w:t>
      </w:r>
    </w:p>
    <w:p>
      <w:r>
        <w:t>Радуйся, зірко, що світить на небесах; радуйся, провіднику до спасіння душі.</w:t>
      </w:r>
    </w:p>
    <w:p>
      <w:r>
        <w:t>Радуйся, лагідний пастирю овець Христових; радуйся, великий наш заступнику.</w:t>
      </w:r>
    </w:p>
    <w:p>
      <w:r>
        <w:t>Радуйся, великомученику і цілителю Пантелеймоне.</w:t>
      </w:r>
    </w:p>
    <w:p>
      <w:pPr>
        <w:pStyle w:val="Heading2"/>
      </w:pPr>
      <w:r>
        <w:t>Кондак 12</w:t>
      </w:r>
    </w:p>
    <w:p>
      <w:r>
        <w:t>Благодать зцілень і розради випроси нам у Господа, преславний лікарю. Ми віримо, що ти маєш велике дерзновення перед Богом, і тому з надією співаємо Йому: Алилуя!</w:t>
      </w:r>
    </w:p>
    <w:p>
      <w:pPr>
        <w:pStyle w:val="Heading2"/>
      </w:pPr>
      <w:r>
        <w:t>Ікос 12</w:t>
      </w:r>
    </w:p>
    <w:p>
      <w:r>
        <w:t>Оспівуючи твою мученицьку кончину і преславні чудеса, прославляємо тебе, всеблагий Пантелеймоне, як нашого гарячого молитовника і цілителя, і з радістю співаємо тобі:</w:t>
      </w:r>
    </w:p>
    <w:p>
      <w:r>
        <w:t>Радуйся, триумфаторе над силами зла; радуйся, вінцем нетлінним увінчаний.</w:t>
      </w:r>
    </w:p>
    <w:p>
      <w:r>
        <w:t>Радуйся, бо твої мощі виливають пахощі; радуйся, бо твоє ім'я приносить радість вірним.</w:t>
      </w:r>
    </w:p>
    <w:p>
      <w:r>
        <w:t>Радуйся, великомученику і цілителю Пантелеймоне.</w:t>
      </w:r>
    </w:p>
    <w:p>
      <w:pPr>
        <w:pStyle w:val="Heading2"/>
      </w:pPr>
      <w:r>
        <w:t>Кондак 13</w:t>
      </w:r>
    </w:p>
    <w:p>
      <w:r>
        <w:t>О багатострадальний і предивний великомученику Христовий і цілителю наш Пантелеймоне! Прийми ласкаво це наше мале моління, зціли нас від усяких тілесних і душевних хвороб, і своїм заступництвом збережи нас від вічної муки, щоб ми разом з тобою співали Богу: Алилуя!</w:t>
      </w:r>
    </w:p>
    <w:p>
      <w:pPr>
        <w:pStyle w:val="Heading2"/>
      </w:pPr>
      <w:r>
        <w:t>МОЛИТВА ДО СВЯТОГО ВЕЛИКОМУЧЕНИКА І ЦІЛИТЕЛЯ ПАНТЕЛЕЙМОНА</w:t>
      </w:r>
    </w:p>
    <w:p>
      <w:r>
        <w:t>О, великий угоднику Христовий, страстотерпче і лікарю багатомилостивий, Пантелеймоне! Помилуй мене, грішного раба Божого, почуй стогін і крик мій, умилостив Небесного, верховного Лікаря душ і тілес наших, Христа Бога нашого, щоб Він дарував мені зцілення від гнітючої мене недуги. Прийми недостойне моління грішного більше за всіх людей. Відвідай мене благодатним твоїм відвідуванням. Не погребуй моїми гріховними ранами, омий їх єлеєм милості твоєї і зціли мене; щоб, здоровий душею і тілом, я міг решту днів моїх, за благодаттю Божою, провести у покаянні та догодженні Богу, і сподобився отримати благу кончину життя мого. О, угоднику Божий! Ублагай Христа Бога, щоб твоїм заступництвом Він дарував здоров'я тілу моєму і спасіння душі моїй. Амінь.</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