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МОЛИТВИ ПРО ЗЦІЛЕННЯ ДО СВЯТОГО ПАНТЕЛЕЙМОНА</w:t>
      </w:r>
    </w:p>
    <w:p>
      <w:r>
        <w:t>Святий великомученик і цілитель Пантелеймон є головним покровителем лікарів, воїнів та хворих людей. Будучи талановитим лікарем-безсрібником у IV столітті, він поєднав знання земної медицини з гарячою вірою в Ісуса Христа і безкоштовно лікував усіх нужденних. Цей збірник містить найсильніші канонічні молитви про зцілення та здоров'я.</w:t>
      </w:r>
    </w:p>
    <w:p>
      <w:pPr>
        <w:pStyle w:val="Heading2"/>
      </w:pPr>
      <w:r>
        <w:t>1. Головна молитва про зцілення до святого Пантелеймона</w:t>
      </w:r>
    </w:p>
    <w:p>
      <w:r>
        <w:t>«О великий угоднику Христовий, страстотерпче і лікаре багатомилостивий Пантелеймоне! Зглянься милостиво над моєю неміччю і почуй моє гаряче благання. Ти, що за життя безкорисливо зцілював хворих і допомагав нужденним, випроси у милосердного Господа Бога благодать здоров'я для моєї душі та немічного тіла. Очисти мене від гріховних плям, зміцни мої сили і даруй одужання від моєї важкої хвороби (назвати хворобу). Нехай це зцілення послужить на славу Божу, виправлення мого життя та спасіння моєї душі. Амінь.»</w:t>
      </w:r>
    </w:p>
    <w:p>
      <w:pPr>
        <w:pStyle w:val="Heading2"/>
      </w:pPr>
      <w:r>
        <w:t>2. Молитва за хворого близького</w:t>
      </w:r>
    </w:p>
    <w:p>
      <w:r>
        <w:t>«Святий великомученику і цілителю Пантелеймоне, поглянь милостиво на недужого раба Божого (ім'я), що страждає від тілесних мук. Ми благаємо твоєї сильної заступницької допомоги. Торкнися його (її) своєю невидимою благодатною десницею, втихомир нестерпний біль, даруй полегшення і підведи з ложа недуги. Зміцни розум та руки лікарів, що лікують його (її), щоб вони стали знаряддям Всемогутнього Спаса. Молися, святий Пантелеймоне, перед Господом про його (її) скоре одужання. Амінь.»</w:t>
      </w:r>
    </w:p>
    <w:p>
      <w:pPr>
        <w:pStyle w:val="Heading2"/>
      </w:pPr>
      <w:r>
        <w:t>3. Молитва лікаря до святого Пантелеймона</w:t>
      </w:r>
    </w:p>
    <w:p>
      <w:r>
        <w:t>«Святий великомученику Пантелеймоне, ти поєднав лікарську премудрість із глибокою євангельською любов'ю до людей. Благаю тебе: будь моїм наставником та помічником у моєму щоденному медичному служінні. Даруй мені мудрість для правильного встановлення діагнозів, терпіння до хворих та любов до кожного пацієнта. Нехай мої руки будуть знаряддям Божого милосердя, приносячи полегшення та зцілення тим, хто страждає.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