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ORACIONES DE SANACION AL SAN PANTALEON</w:t>
      </w:r>
    </w:p>
    <w:p>
      <w:r>
        <w:t>Este folleto contiene las oraciones de sanación y recuperación más poderosas y canónicas para pedir la intercesión de San Pantaleón (San Panteleimón), el gran mártir y médico unigénito de la Iglesia del siglo IV, venerado mundialmente como el patrono de los enfermos, heridos y médicos.</w:t>
      </w:r>
    </w:p>
    <w:p>
      <w:r>
        <w:t>Fuente y oraciones canónicas completas: https://pray.ee/</w:t>
      </w:r>
    </w:p>
    <w:p>
      <w:pPr>
        <w:pStyle w:val="Heading2"/>
      </w:pPr>
      <w:r>
        <w:t>1. Oración principal de sanación a San Pantaleón para los enfermos</w:t>
      </w:r>
    </w:p>
    <w:p>
      <w:r>
        <w:t>«¡Oh gran mártir de Cristo, glorioso y misericordioso médico San Pantaleón! Mira con compasión mi debilidad y escucha mi ferviente plegaria. Tú que durante tu vida terrenal trataste a los enfermos sin cobrar y diste consuelo a los desamparados, intercede ante el Trono de la Divina Misericordia para que obtenga la gracia de la salud para mi alma y mi debilitado cuerpo. Límpiame de las manchas del pecado, fortalece mi vitalidad y concédeme la curación de mi grave enfermedad (mencione aquí su dolencia). Que esta sanación sea para la gloria de Dios, la enmienda de mi vida y la salvación de mi alma. Amén.»</w:t>
      </w:r>
    </w:p>
    <w:p>
      <w:pPr>
        <w:pStyle w:val="Heading2"/>
      </w:pPr>
      <w:r>
        <w:t>2. Oración de intercesión por un familiar enfermo</w:t>
      </w:r>
    </w:p>
    <w:p>
      <w:r>
        <w:t>«Santo mártir y sanador Pantaleón, mira con piedad al siervo de Dios (nombre), que sufre de dolencias corporales severas. Rogamos tu poderosa intercesión ante el Altísimo. Toca su cuerpo con tu mano invisible llena de gracia, calma el dolor insoportable, dale alivio y levántalo de su cama de enfermedad. Fortalece las mentes y manos de los médicos que lo atienden, para que sean instrumentos del Salvador omnipotente. Ruega, San Pantaleón, por su pronta y completa recuperación. Amén.»</w:t>
      </w:r>
    </w:p>
    <w:p>
      <w:pPr>
        <w:pStyle w:val="Heading2"/>
      </w:pPr>
      <w:r>
        <w:t>3. Oración de un médico o profesional de la salud</w:t>
      </w:r>
    </w:p>
    <w:p>
      <w:r>
        <w:t>«San Pantaleón, tú que uniste la ciencia médica con el profundo amor del Evangelio. Te ruego que seas mi guía y protector en mi servicio diario a los enfermos. Concédeme sabiduría para realizar diagnósticos correctos, paciencia para con los que sufren y amor sincero para cada paciente. Que mis manos sean instrumentos de la misericordia de Dios, trayendo alivio y salud. Amén.»</w:t>
      </w:r>
    </w:p>
    <w:p>
      <w:r>
        <w:t>Encuentre más oraciones, salmos y guías de ascesis espiritual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