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FOR HEALING TO SAINT PANTELEIMON</w:t>
      </w:r>
    </w:p>
    <w:p>
      <w:r>
        <w:t>Saint Panteleimon the Healer is the preeminent patron saint of physicians, soldiers, and sick people. As an unmercenary physician of the 4th century, he combined the science of medicine with passionate faith in Jesus Christ, treating all those in need without cost. This booklet contains the strongest canonical prayers for recovery and health.</w:t>
      </w:r>
    </w:p>
    <w:p>
      <w:pPr>
        <w:pStyle w:val="Heading2"/>
      </w:pPr>
      <w:r>
        <w:t>1. Main Prayer for Healing to Saint Panteleimon</w:t>
      </w:r>
    </w:p>
    <w:p>
      <w:r>
        <w:t>"O great servant of Christ, holy martyr and merciful physician Panteleimon! Look down with mercy upon my weakness and hear my passionate prayer. You, who during your earthly life treated the sick without payment, obtain from the merciful Lord God the grace of health for my soul and weakened body. Cleanse me from sinful stains, strengthen my vitality, and grant recovery from my severe illness (state the illness). May this healing serve for the glory of God, the amendment of my life, and the salvation of my soul. Amen."</w:t>
      </w:r>
    </w:p>
    <w:p>
      <w:pPr>
        <w:pStyle w:val="Heading2"/>
      </w:pPr>
      <w:r>
        <w:t>2. Prayer for a Sick Loved One</w:t>
      </w:r>
    </w:p>
    <w:p>
      <w:r>
        <w:t>"Holy martyr and healer Panteleimon, look down with mercy upon the suffering servant of God (name), who is afflicted with bodily torment. We beg your powerful intercession. Touch them with your invisible grace-filled hand, soothe the unbearable pain, grant relief, and raise them from the bed of sickness. Strengthen the minds and hands of the doctors treating them, that they may serve as instruments of the Almighty Savior. Pray, Saint Panteleimon, before the Lord for their swift recovery. Amen."</w:t>
      </w:r>
    </w:p>
    <w:p>
      <w:pPr>
        <w:pStyle w:val="Heading2"/>
      </w:pPr>
      <w:r>
        <w:t>3. Prayer of a Physician to Saint Panteleimon</w:t>
      </w:r>
    </w:p>
    <w:p>
      <w:r>
        <w:t>"Holy martyr Panteleimon, you combined medical wisdom with deep Gospel love for people. I beg you: be my guide and helper in my daily medical ministry. Grant me wisdom to make correct diagnoses, patience for the sick, and love for every patient. May my hands serve as instruments of God's mercy, bringing relief and healing to those who suffer.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