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AKATHIST TO THE HOLY GREAT MARTYR AND HEALER PANTELEIMON</w:t>
      </w:r>
    </w:p>
    <w:p>
      <w:r>
        <w:t>Chosen passion-bearer of Christ and gracious healer, who freely grantest healing to the sick, we praise thee with songs, O our protector. As thou hast boldness toward the Lord, deliver us from all dangers and illnesses, who cry to thee with love: Rejoice, Great Martyr and Healer Panteleimon.</w:t>
      </w:r>
    </w:p>
    <w:p>
      <w:pPr>
        <w:pStyle w:val="Heading2"/>
      </w:pPr>
      <w:r>
        <w:t>Ikos 1</w:t>
      </w:r>
    </w:p>
    <w:p>
      <w:r>
        <w:t>We know thee, glorious Panteleimon, as an earthly angel and heavenly man. For adorned with angelic purity and martyrdom thou hast passed from earth to Heaven, where with the angels and all the saints standing before the throne of the Lord of Glory, thou prayest for all of us on earth who venerate thee with these invocations:</w:t>
      </w:r>
    </w:p>
    <w:p>
      <w:r>
        <w:t>Rejoice, torch of piety; rejoice, most glorious lamp of the Church.</w:t>
      </w:r>
    </w:p>
    <w:p>
      <w:r>
        <w:t>Rejoice, adornment of venerable martyrs; rejoice, support of the faithful in endurance.</w:t>
      </w:r>
    </w:p>
    <w:p>
      <w:r>
        <w:t>Rejoice, Great Martyr and Healer Panteleimon.</w:t>
      </w:r>
    </w:p>
    <w:p>
      <w:pPr>
        <w:pStyle w:val="Heading2"/>
      </w:pPr>
      <w:r>
        <w:t>Kontakion 2</w:t>
      </w:r>
    </w:p>
    <w:p>
      <w:r>
        <w:t>Beholding the radiance of grace and wealth of virtues in thee—thine angelic purity, thy great courage in cruel sufferings, and thy strong love for Christ—we marvel at the power of God dwelling in thee, and we sing to Him: Alleluia!</w:t>
      </w:r>
    </w:p>
    <w:p>
      <w:pPr>
        <w:pStyle w:val="Heading2"/>
      </w:pPr>
      <w:r>
        <w:t>Ikos 2</w:t>
      </w:r>
    </w:p>
    <w:p>
      <w:r>
        <w:t>Possessing divinely inspired knowledge, O valiant warrior Panteleimon, thou didst astound the Emperor Maximian by the courage of thy soul and by the words with which thou didst fearlessly preach Christ. Wherefore, praising thy boldness, we say to thee:</w:t>
      </w:r>
    </w:p>
    <w:p>
      <w:r>
        <w:t>Rejoice, thou who didst despise Maximian's threats; rejoice, thou who didst not yield to the advice of the godless.</w:t>
      </w:r>
    </w:p>
    <w:p>
      <w:r>
        <w:t>Rejoice, propagator of true adoration; rejoice, confuter of demonic deception.</w:t>
      </w:r>
    </w:p>
    <w:p>
      <w:r>
        <w:t>Rejoice, Great Martyr and Healer Panteleimon.</w:t>
      </w:r>
    </w:p>
    <w:p>
      <w:pPr>
        <w:pStyle w:val="Heading2"/>
      </w:pPr>
      <w:r>
        <w:t>Kontakion 3</w:t>
      </w:r>
    </w:p>
    <w:p>
      <w:r>
        <w:t>By the power of the Most High given to thee and by thy strong patience, thou didst render powerless the torturer's insolence, O valiant victor, undaunted by fire, wild beasts, and the wheel. When beheaded with the sword, thou didst receive the crown of martyrdom, singing to God: Alleluia!</w:t>
      </w:r>
    </w:p>
    <w:p>
      <w:pPr>
        <w:pStyle w:val="Heading2"/>
      </w:pPr>
      <w:r>
        <w:t>Ikos 3</w:t>
      </w:r>
    </w:p>
    <w:p>
      <w:r>
        <w:t>Fervent with zeal for God, thou didst listen to the teachings of the priest Hermolaus and the holy advice of thy mother Eubula. Having distributed all thy earthly wealth to the poor, thou didst acquire Christ. Therefore, we cry aloud to thee:</w:t>
      </w:r>
    </w:p>
    <w:p>
      <w:r>
        <w:t>Rejoice, thou who art ever aflame with the fire of divine love; rejoice, companion of those who suffer.</w:t>
      </w:r>
    </w:p>
    <w:p>
      <w:r>
        <w:t>Rejoice, free physician of the sick; rejoice, inexhaustible treasury of mercy.</w:t>
      </w:r>
    </w:p>
    <w:p>
      <w:r>
        <w:t>Rejoice, Great Martyr and Healer Panteleimon.</w:t>
      </w:r>
    </w:p>
    <w:p>
      <w:pPr>
        <w:pStyle w:val="Heading2"/>
      </w:pPr>
      <w:r>
        <w:t>Kontakion 4</w:t>
      </w:r>
    </w:p>
    <w:p>
      <w:r>
        <w:t>The ungodly emperor was filled with rage upon learning from envious physicians that thou didst heal all kinds of incurable illnesses solely by invoking the name of Jesus Christ. But we, glorifying the wonderful God in thee, cry: Alleluia!</w:t>
      </w:r>
    </w:p>
    <w:p>
      <w:pPr>
        <w:pStyle w:val="Heading2"/>
      </w:pPr>
      <w:r>
        <w:t>Ikos 4</w:t>
      </w:r>
    </w:p>
    <w:p>
      <w:r>
        <w:t>Hearing that the blind receive sight and the paralyzed are restored by thy prayers, many turned from idols to the true God. Celebrating thy gracious gift of healing, we say:</w:t>
      </w:r>
    </w:p>
    <w:p>
      <w:r>
        <w:t>Rejoice, unmercenary healer of the ailing; rejoice, stream of blessings flowing abundantly.</w:t>
      </w:r>
    </w:p>
    <w:p>
      <w:r>
        <w:t>Rejoice, sight for the blind; rejoice, strength for the lame and weak.</w:t>
      </w:r>
    </w:p>
    <w:p>
      <w:r>
        <w:t>Rejoice, Great Martyr and Healer Panteleimon.</w:t>
      </w:r>
    </w:p>
    <w:p>
      <w:pPr>
        <w:pStyle w:val="Heading2"/>
      </w:pPr>
      <w:r>
        <w:t>Kontakion 5</w:t>
      </w:r>
    </w:p>
    <w:p>
      <w:r>
        <w:t>A wonderful and glorious miracle did the Lord perform through thee when, by thy prayer, He raised a child bitten by a venomous viper, leading thee to receive holy Baptism. Gratefully singing to the Savior, we cry: Alleluia!</w:t>
      </w:r>
    </w:p>
    <w:p>
      <w:pPr>
        <w:pStyle w:val="Heading2"/>
      </w:pPr>
      <w:r>
        <w:t>Ikos 5</w:t>
      </w:r>
    </w:p>
    <w:p>
      <w:r>
        <w:t>Beholding the light of true faith, thy father Secundus also believed in Christ after seeing thee restore sight to a blind man. Together with him, we glorify thy great faith and say to thee:</w:t>
      </w:r>
    </w:p>
    <w:p>
      <w:r>
        <w:t>Rejoice, thou who didst bring thy father to the light of faith; rejoice, thou who didst dispel the darkness of polytheism.</w:t>
      </w:r>
    </w:p>
    <w:p>
      <w:r>
        <w:t>Rejoice, beholder of celestial glory; rejoice, intercessor for our salvation.</w:t>
      </w:r>
    </w:p>
    <w:p>
      <w:r>
        <w:t>Rejoice, Great Martyr and Healer Panteleimon.</w:t>
      </w:r>
    </w:p>
    <w:p>
      <w:pPr>
        <w:pStyle w:val="Heading2"/>
      </w:pPr>
      <w:r>
        <w:t>Kontakion 6</w:t>
      </w:r>
    </w:p>
    <w:p>
      <w:r>
        <w:t>Boldly didst thou declare the name of the Lord before the tribunal of the torturers, thrice-blessed martyr, saying: 'My all-healing power and glory is Christ, the true God, Who raises the dead and heals all infirmities.' Singing to Him, we cry: Alleluia!</w:t>
      </w:r>
    </w:p>
    <w:p>
      <w:pPr>
        <w:pStyle w:val="Heading2"/>
      </w:pPr>
      <w:r>
        <w:t>Ikos 6</w:t>
      </w:r>
    </w:p>
    <w:p>
      <w:r>
        <w:t>Standing before the judges as an invincible soldier of the Heavenly King, thou didst courageously endure terrible tortures on the rack, burning by fire, and boiling lead. Glorifying thy longsuffering endurance, we sing:</w:t>
      </w:r>
    </w:p>
    <w:p>
      <w:r>
        <w:t>Rejoice, strong diamond of the Church; rejoice, immovable pillar of faith.</w:t>
      </w:r>
    </w:p>
    <w:p>
      <w:r>
        <w:t>Rejoice, thou who didst tame wild beasts by thy meekness; rejoice, thou who didst crush invisible dragons by thy prayer.</w:t>
      </w:r>
    </w:p>
    <w:p>
      <w:r>
        <w:t>Rejoice, Great Martyr and Healer Panteleimon.</w:t>
      </w:r>
    </w:p>
    <w:p>
      <w:pPr>
        <w:pStyle w:val="Heading2"/>
      </w:pPr>
      <w:r>
        <w:t>Kontakion 7</w:t>
      </w:r>
    </w:p>
    <w:p>
      <w:r>
        <w:t>Great mercy did the Lord show to thee when, during thy tortures, He appeared to strengthen thee and heal thy wounds. With thanksgiving we sing to God Who glorifies His saints: Alleluia!</w:t>
      </w:r>
    </w:p>
    <w:p>
      <w:pPr>
        <w:pStyle w:val="Heading2"/>
      </w:pPr>
      <w:r>
        <w:t>Ikos 7</w:t>
      </w:r>
    </w:p>
    <w:p>
      <w:r>
        <w:t>We recognize thee as a new and wonderful healer, Panteleimon, for thou healest not by human art but by the grace of the Holy Spirit. Thy name means 'all-merciful', and thou dynamically pourest out mercy upon all who sing to thee:</w:t>
      </w:r>
    </w:p>
    <w:p>
      <w:r>
        <w:t>Rejoice, comfort of the poor and sorrowful; rejoice, protector of orphans and widows.</w:t>
      </w:r>
    </w:p>
    <w:p>
      <w:r>
        <w:t>Rejoice, physician of our souls and bodies; rejoice, our heavenly defender.</w:t>
      </w:r>
    </w:p>
    <w:p>
      <w:r>
        <w:t>Rejoice, Great Martyr and Healer Panteleimon.</w:t>
      </w:r>
    </w:p>
    <w:p>
      <w:pPr>
        <w:pStyle w:val="Heading2"/>
      </w:pPr>
      <w:r>
        <w:t>Kontakion 8</w:t>
      </w:r>
    </w:p>
    <w:p>
      <w:r>
        <w:t>A strange wonder do we see in thee, blessed martyr: when thou wast beheaded, milk flowed instead of blood, and the dry olive tree to which thou wast bound immediately blossomed and bore healing fruit. We sing to God: Alleluia!</w:t>
      </w:r>
    </w:p>
    <w:p>
      <w:pPr>
        <w:pStyle w:val="Heading2"/>
      </w:pPr>
      <w:r>
        <w:t>Ikos 8</w:t>
      </w:r>
    </w:p>
    <w:p>
      <w:r>
        <w:t>The whole world marvels at thy glory, Saint Panteleimon. Thy precious head is a great treasure for the faithful, pouring out fragrant myrrh and granting healing to all who cry out with faith:</w:t>
      </w:r>
    </w:p>
    <w:p>
      <w:r>
        <w:t>Rejoice, through whom Satan was put to shame; rejoice, through whom Christ is glorified.</w:t>
      </w:r>
    </w:p>
    <w:p>
      <w:r>
        <w:t>Rejoice, heir of the Kingdom of Heaven; rejoice, partaker of eternal glory.</w:t>
      </w:r>
    </w:p>
    <w:p>
      <w:r>
        <w:t>Rejoice, Great Martyr and Healer Panteleimon.</w:t>
      </w:r>
    </w:p>
    <w:p>
      <w:pPr>
        <w:pStyle w:val="Heading2"/>
      </w:pPr>
      <w:r>
        <w:t>Kontakion 9</w:t>
      </w:r>
    </w:p>
    <w:p>
      <w:r>
        <w:t>All our illnesses do thou heal, O merciful physician Panteleimon, and soothe our spiritual sorrows, so that we may gratefully sing to God Who gave thee such grace: Alleluia!</w:t>
      </w:r>
    </w:p>
    <w:p>
      <w:pPr>
        <w:pStyle w:val="Heading2"/>
      </w:pPr>
      <w:r>
        <w:t>Ikos 9</w:t>
      </w:r>
    </w:p>
    <w:p>
      <w:r>
        <w:t>The falsely theorizing orators of the ungodly are put to shame by thee, divinely wise Father Panteleimon. We, strengthened by thee in Orthodoxy, cry:</w:t>
      </w:r>
    </w:p>
    <w:p>
      <w:r>
        <w:t>Rejoice, shield of Christian piety; rejoice, sword that cuts down false teachings.</w:t>
      </w:r>
    </w:p>
    <w:p>
      <w:r>
        <w:t>Rejoice, defender of God's commandments; rejoice, faithful servant of the Lord.</w:t>
      </w:r>
    </w:p>
    <w:p>
      <w:r>
        <w:t>Rejoice, Great Martyr and Healer Panteleimon.</w:t>
      </w:r>
    </w:p>
    <w:p>
      <w:pPr>
        <w:pStyle w:val="Heading2"/>
      </w:pPr>
      <w:r>
        <w:t>Kontakion 10</w:t>
      </w:r>
    </w:p>
    <w:p>
      <w:r>
        <w:t>Desiring to save the world from sin and sickness, the Lord gave us thee as a merciful healer and protector. Fleeing under thy shelter, we sing with love to God: Alleluia!</w:t>
      </w:r>
    </w:p>
    <w:p>
      <w:pPr>
        <w:pStyle w:val="Heading2"/>
      </w:pPr>
      <w:r>
        <w:t>Ikos 10</w:t>
      </w:r>
    </w:p>
    <w:p>
      <w:r>
        <w:t>Be a strong wall and reliable defense for us, Saint Panteleimon, from the designs of enemies, from infections, epidemics, and incurable diseases, so that we may ever joyfully proclaim to thee:</w:t>
      </w:r>
    </w:p>
    <w:p>
      <w:r>
        <w:t>Rejoice, protector from sudden death; rejoice, hope of the ailing and dying.</w:t>
      </w:r>
    </w:p>
    <w:p>
      <w:r>
        <w:t>Rejoice, strong defender against visible and invisible enemies; rejoice, giver of peace and quietness.</w:t>
      </w:r>
    </w:p>
    <w:p>
      <w:r>
        <w:t>Rejoice, Great Martyr and Healer Panteleimon.</w:t>
      </w:r>
    </w:p>
    <w:p>
      <w:pPr>
        <w:pStyle w:val="Heading2"/>
      </w:pPr>
      <w:r>
        <w:t>Kontakion 11</w:t>
      </w:r>
    </w:p>
    <w:p>
      <w:r>
        <w:t>Grateful praises do we offer to thee, holy great martyr, for thy boundless love and free assistance. Celebrating thy holy memory, we sing to God: Alleluia!</w:t>
      </w:r>
    </w:p>
    <w:p>
      <w:pPr>
        <w:pStyle w:val="Heading2"/>
      </w:pPr>
      <w:r>
        <w:t>Ikos 11</w:t>
      </w:r>
    </w:p>
    <w:p>
      <w:r>
        <w:t>A radiant ray of Divine grace art thou to us who are in the darkness of illness and sins. Lead us to the Sun of Righteousness, Christ, that we may gratefully sing to thee:</w:t>
      </w:r>
    </w:p>
    <w:p>
      <w:r>
        <w:t>Rejoice, bright star shining in the heavens; rejoice, guide to the salvation of our souls.</w:t>
      </w:r>
    </w:p>
    <w:p>
      <w:r>
        <w:t>Rejoice, meek shepherd of Christ's sheep; rejoice, our great intercessor.</w:t>
      </w:r>
    </w:p>
    <w:p>
      <w:r>
        <w:t>Rejoice, Great Martyr and Healer Panteleimon.</w:t>
      </w:r>
    </w:p>
    <w:p>
      <w:pPr>
        <w:pStyle w:val="Heading2"/>
      </w:pPr>
      <w:r>
        <w:t>Kontakion 12</w:t>
      </w:r>
    </w:p>
    <w:p>
      <w:r>
        <w:t>Ask for us the grace of healing and consolation from the Lord, glorious physician. We believe that thou hast great boldness before God, and with hope we sing to Him: Alleluia!</w:t>
      </w:r>
    </w:p>
    <w:p>
      <w:pPr>
        <w:pStyle w:val="Heading2"/>
      </w:pPr>
      <w:r>
        <w:t>Ikos 12</w:t>
      </w:r>
    </w:p>
    <w:p>
      <w:r>
        <w:t>Singing of thy martyr's death and glorious miracles, we praise thee, all-good Panteleimon, as our fervent intercessor and healer, and with joy we sing to thee:</w:t>
      </w:r>
    </w:p>
    <w:p>
      <w:r>
        <w:t>Rejoice, triumpher over the forces of evil; rejoice, crowned with an incorruptible crown.</w:t>
      </w:r>
    </w:p>
    <w:p>
      <w:r>
        <w:t>Rejoice, for thy relics pour out fragrance; rejoice, for thy name brings joy to the faithful.</w:t>
      </w:r>
    </w:p>
    <w:p>
      <w:r>
        <w:t>Rejoice, Great Martyr and Healer Panteleimon.</w:t>
      </w:r>
    </w:p>
    <w:p>
      <w:pPr>
        <w:pStyle w:val="Heading2"/>
      </w:pPr>
      <w:r>
        <w:t>Kontakion 13</w:t>
      </w:r>
    </w:p>
    <w:p>
      <w:r>
        <w:t>O longsuffering and wonderful Great Martyr of Christ and Healer Panteleimon! Graciously accept from us this small offering, heal us of our many and various ailments, and through your intercession protect us from enemies visible and invisible and pray to the Lord that we may be delivered from eternal torment, that we may continually sing in His Kingdom: Alleluia!</w:t>
      </w:r>
    </w:p>
    <w:p>
      <w:pPr>
        <w:pStyle w:val="Heading2"/>
      </w:pPr>
      <w:r>
        <w:t>A PRAYER TO THE HOLY GREAT MARTYR AND HEALER PANTELEIMON</w:t>
      </w:r>
    </w:p>
    <w:p>
      <w:r>
        <w:t>Holy Great-Martyr and Healer Panteleimon, thou imitator of God's mercy! Look down in thy loving kindness and hearken unto us, sinners, who offer heartfelt prayers before thy holy icon. Ask for us from the Lord God, before Whom the Angels stand in heaven, remission of our sins and transgressions. Heal the ills of body and soul of the servants of God whom we here commemorate, who are here present, and of all Orthodox Christians who seek thy help. For we, because of our sins, are beset by many diseases and have no help or comfort; but we flee unto thee, as we have been given grace to pray for us and heal every disease and every sickness. Grant unto all of us, through thy holy prayers, health of body and soul, progress in faith and piety, and all things necessary for temporal life and salvation. So that, having been vouchsafed great mercy through thee, we may glorify thee and the Giver of all good, Who is wondrous in His Saints, the Father, the Son, and the Holy Spirit, now and ever, and unto the ages of ages. Amen.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