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ПОВНИЙ АКАФІСТ ДО ПРЕСВЯТОЇ БОГОРОДИЦІ «ВСЕЦАРИЦЯ»</w:t>
      </w:r>
    </w:p>
    <w:p>
      <w:r>
        <w:t>Цей канонічний акафіст є сильним молитовним правилом про зцілення від онкологічних захворювань та інших важких недуг. Його читають з вірою, надією та щирою покаянною молитвою перед чудотворною іконою Божої Матері «Всецариця».</w:t>
      </w:r>
    </w:p>
    <w:p>
      <w:pPr>
        <w:pStyle w:val="Heading2"/>
      </w:pPr>
      <w:r>
        <w:t>Кондак 1</w:t>
      </w:r>
    </w:p>
    <w:p>
      <w:r>
        <w:t>Перед новоявленною Твоєю іконою стоячи, з умилінням співаємо Тобі, Всецарице, ми, раби Твої; пошли зцілення всім, хто до Тебе нині прибігає, щоби з радістю взивати до Тебе: Радуйся, Всецарице, що недуги наші благодаттю зціляєш.</w:t>
      </w:r>
    </w:p>
    <w:p>
      <w:pPr>
        <w:pStyle w:val="Heading2"/>
      </w:pPr>
      <w:r>
        <w:t>Ікос 1</w:t>
      </w:r>
    </w:p>
    <w:p>
      <w:r>
        <w:t>Ангел предстатель з небес зійшовши, викликнув Всецариці: радуйся! І величним голосом, Тебе, що втілюєшся, бачачи, Господи, взивав до неї так:</w:t>
      </w:r>
    </w:p>
    <w:p>
      <w:r>
        <w:t>Радуйся, Главизно нашого спасіння; радуйся, сповнення Творцевого передбачення. Радуйся, бо через Тебе Бог втілився; радуйся, бо Невидимий в Тобі відобразився.</w:t>
      </w:r>
    </w:p>
    <w:p>
      <w:r>
        <w:t>Радуйся, бо Милість миру Ти в Себе прийняла; радуйся, бо одіяння плоті Слову Ти зіткала. Радуйся, розумом незбагненна Вишня Славо; радуйся, Небесна манно, що серця оживляєш.</w:t>
      </w:r>
    </w:p>
    <w:p>
      <w:r>
        <w:t>Радуйся, Зірко, що благодаттю сяєш; радуйся, Джерело води живої. Радуйся, Богородице, в жонах благословенна; радуйся, Діво нетлінна, що Спаса породила.</w:t>
      </w:r>
    </w:p>
    <w:p>
      <w:r>
        <w:t>Радуйся, Всецарице, що недуги наші благодаттю зціляєш.</w:t>
      </w:r>
    </w:p>
    <w:p>
      <w:pPr>
        <w:pStyle w:val="Heading2"/>
      </w:pPr>
      <w:r>
        <w:t>Кондак 2</w:t>
      </w:r>
    </w:p>
    <w:p>
      <w:r>
        <w:t>Безначальне Слово, Отроча через Тебе прийшло, зцілення подаючи тим, хто визнає, Діво, Його від Тебе народження і співає: Алилуя.</w:t>
      </w:r>
    </w:p>
    <w:p>
      <w:pPr>
        <w:pStyle w:val="Heading2"/>
      </w:pPr>
      <w:r>
        <w:t>Ікос 2</w:t>
      </w:r>
    </w:p>
    <w:p>
      <w:r>
        <w:t>Бажаючи зрозуміти незбагненне, Діва взиває до ангела: Я Отроковиця чиста, як буду Всевишнього Матір`ю, поясни; до Неї ж Гавриїл промовляє зі страхом, взиваючи:</w:t>
      </w:r>
    </w:p>
    <w:p>
      <w:r>
        <w:t>Радуйся, Радою Предвічною обрана; радуйся, голосу молільників Скоро-послушнице. Радуйся, Скарбе Христового миру; радуйся людей Твоїх Надіє і Сило.</w:t>
      </w:r>
    </w:p>
    <w:p>
      <w:r>
        <w:t>Радуйся, ракової язви дивна Губителько; радуйся, інших хвороб Цілителько. Радуйся, єдине миру Заступництво; радуйся, вірне в скорботах Пристановище.</w:t>
      </w:r>
    </w:p>
    <w:p>
      <w:r>
        <w:t>Радуйся, бо плач і сльози Ти завжди втихомирюєш; радуйся, бо спасіння входи Ти всім відкриваєш. Радуйся, Скіптре і Державо тих, хто Афон населяє; радуйся, Жезле монахів і мирян.</w:t>
      </w:r>
    </w:p>
    <w:p>
      <w:r>
        <w:t>Радуйся, Всецарице, що недуги наші благодаттю зціляєш.</w:t>
      </w:r>
    </w:p>
    <w:p>
      <w:pPr>
        <w:pStyle w:val="Heading2"/>
      </w:pPr>
      <w:r>
        <w:t>Кондак 3</w:t>
      </w:r>
    </w:p>
    <w:p>
      <w:r>
        <w:t>Сила Вишнього осінивши Тебе, Отроковице, плоть прийнявши несказанно, показала Тебе Нивою солодкою для тих, хто хоче жати спасіння і співати: Алилуя.</w:t>
      </w:r>
    </w:p>
    <w:p>
      <w:pPr>
        <w:pStyle w:val="Heading2"/>
      </w:pPr>
      <w:r>
        <w:t>Ікос 3</w:t>
      </w:r>
    </w:p>
    <w:p>
      <w:r>
        <w:t>Прославилась дивно свята ікона Твоя, названа Всецарицею, коли цельбоносно явилось Богоматері зображення, що співаючим перед нею зцілення подає, щоб примножувались пісні такі:</w:t>
      </w:r>
    </w:p>
    <w:p>
      <w:r>
        <w:t>Радуйся, Мати незаходимого Світла; радуйся тих, хто до кінця претерпів, Перемого. Радуйся, хворим і скорботним Лікувальнице; радуйся, сиріт і вдів непорушна Стіно.</w:t>
      </w:r>
    </w:p>
    <w:p>
      <w:r>
        <w:t>Радуйся, бо двері Райські відкриваєш Ти; радуйся, струджених і поневолених Заступнице. Радуйся, про спасіння вірних Ходатайниця; радуйся, за рід людський Молитовниця.</w:t>
      </w:r>
    </w:p>
    <w:p>
      <w:r>
        <w:t>Радуйся, Ліствице небесна, що ведеш від землі до неба; радуйся, Водо жива, що омиваєш смертні гріхи. Радуйся, Агнице, що незлобивих серця оберігаєш; радуйся, Покрово, що Церкву покриваєш.</w:t>
      </w:r>
    </w:p>
    <w:p>
      <w:r>
        <w:t>Радуйся, Всецарице, що недуги наші благодаттю зціляєш.</w:t>
      </w:r>
    </w:p>
    <w:p>
      <w:pPr>
        <w:pStyle w:val="Heading2"/>
      </w:pPr>
      <w:r>
        <w:t>Кондак 4</w:t>
      </w:r>
    </w:p>
    <w:p>
      <w:r>
        <w:t>Життя світові даруючи, Владика світу вселився в утробу Твою, що не знала чоловіка; Матір`ю вірних Тебе показав, кого призвав співати: Алилуя.</w:t>
      </w:r>
    </w:p>
    <w:p>
      <w:pPr>
        <w:pStyle w:val="Heading2"/>
      </w:pPr>
      <w:r>
        <w:t>Ікос 4</w:t>
      </w:r>
    </w:p>
    <w:p>
      <w:r>
        <w:t>Преславні чуда ставались через Тебе, Місто Боже, зцілення від ікони святої Твоєї; цільбоносні потоки приймаючи, подячно, о Всецарице, співаємо:</w:t>
      </w:r>
    </w:p>
    <w:p>
      <w:r>
        <w:t>Радуйся, бо Ти біль втихомирюєш; радуйся, Прохолодо, що жар недужих понижаєш. Радуйся, бо ракові язви Ти, як полум`ям, припалюєш; радуйся, бо Ти уздоровлюєш залишених лікарями.</w:t>
      </w:r>
    </w:p>
    <w:p>
      <w:r>
        <w:t>Радуйся, бо лице Своє пречисте вибраним показуєш; радуйся, бо від гріховних пут звільняєш Ти. Радуйся, бо Тобою звільнення від смерті дароване нам; радуйся, бо Тобою незліченний сонм вірних виправдався.</w:t>
      </w:r>
    </w:p>
    <w:p>
      <w:r>
        <w:t>Радуйся, Висото, людськими помислами не досліджена; радуйся, Глибино, єдиним Словом пізнана. Радуйся, Пророцтво патріархів, що раніше Тебе жили; радуйся, Наставнице ієрархів, що моляться до Тебе.</w:t>
      </w:r>
    </w:p>
    <w:p>
      <w:r>
        <w:t>Радуйся, Всецарице, що недуги наші благодаттю зціляєш.</w:t>
      </w:r>
    </w:p>
    <w:p>
      <w:pPr>
        <w:pStyle w:val="Heading2"/>
      </w:pPr>
      <w:r>
        <w:t>Кондак 5</w:t>
      </w:r>
    </w:p>
    <w:p>
      <w:r>
        <w:t>Як до пречистого Храму Спасового, припадаєм до Тебе, Отроковице, і благаємо Тебе, Чистая, щоб і нас храмами Божества вчинила, що взиваємо: Алилуя.</w:t>
      </w:r>
    </w:p>
    <w:p>
      <w:pPr>
        <w:pStyle w:val="Heading2"/>
      </w:pPr>
      <w:r>
        <w:t>Ікос 5</w:t>
      </w:r>
    </w:p>
    <w:p>
      <w:r>
        <w:t>Бачачи чини ангельські на руках Твоїх Того, хто створив Тебе за Владичицю вважали Тебе, хоч і рабою Себе називала Ти, хотіли піснями послужити Тобі, Благословенна, так співаючи:</w:t>
      </w:r>
    </w:p>
    <w:p>
      <w:r>
        <w:t>Радуйся, Богом поставлена вище Небесних Сил; радуйся, бо чудесними зціленнями Ти світ наповняєш. Радуйся, бо хвалу і славу від небес чула Ти; радуйся, бо подяку від землі приймаєш Ти.</w:t>
      </w:r>
    </w:p>
    <w:p>
      <w:r>
        <w:t>Радуйся, бо насіння тлі Ти в серцях знищуєш; радуйся, бо пута диявола руйнуєш Ти. Радуйся, бо плач Ти перемінюєш на втіху; радуйся, бо скорботу перемінюєш Ти на насолоду небесну.</w:t>
      </w:r>
    </w:p>
    <w:p>
      <w:r>
        <w:t>Радуйся, Благоухання, Богу приємне; радуйся, розкаяних грішників Веселість надмірна. Радуйся, Захисте правди від спокус; радуйся, Щите що від ворожнечі огороджуєш.</w:t>
      </w:r>
    </w:p>
    <w:p>
      <w:r>
        <w:t>Радуйся, Всецарице, що недуги наші благодаттю зціляєш.</w:t>
      </w:r>
    </w:p>
    <w:p>
      <w:pPr>
        <w:pStyle w:val="Heading2"/>
      </w:pPr>
      <w:r>
        <w:t>Кондак 6</w:t>
      </w:r>
    </w:p>
    <w:p>
      <w:r>
        <w:t>Проповідники велемовні, Спасові ученики, стояли біля Тебе, Діво, коли від землі до небес сходила Ти, щоби єдиним серцем і устами співати Богові: Алилуя.</w:t>
      </w:r>
    </w:p>
    <w:p>
      <w:pPr>
        <w:pStyle w:val="Heading2"/>
      </w:pPr>
      <w:r>
        <w:t>Ікос 6</w:t>
      </w:r>
    </w:p>
    <w:p>
      <w:r>
        <w:t>Засяяла дивна благодать від ікони Твоєї, Всецарице, коли юнак, наукою сатанинською затьмарений, перед нею впав нерухомо, і несподівано від пут пекельних звільнився, зі страхом і радістю взиваючи Тобі:</w:t>
      </w:r>
    </w:p>
    <w:p>
      <w:r>
        <w:t>Радуйся, Виправлення нечестивого життя; радуйся, Утіхо тих, хто страждає. Радуйся, бо Ти сили бісівські від Церкви відганяєш; радуйся, темряви гріховної Розсіяння.</w:t>
      </w:r>
    </w:p>
    <w:p>
      <w:r>
        <w:t>Радуйся, спокус невидимих Приборкання; радуйся, демонських навіювань всемогутня Перемого. Радуйся, Світильнику, що просвічуєш сущих в темряві гріховній; радуйся, Хмаро, що невинних від гріха покриваєш.</w:t>
      </w:r>
    </w:p>
    <w:p>
      <w:r>
        <w:t>Радуйся, Горо, що небесною манною годуєш; радуйся, Долино, що смиренням Христовим насичуєш. Радуйся, Каменю Небесного Царства; радуйся, Відображення предвічного світла.</w:t>
      </w:r>
    </w:p>
    <w:p>
      <w:r>
        <w:t>Радуйся, Всецарице, що недуги наші благодаттю зціляєш.</w:t>
      </w:r>
    </w:p>
    <w:p>
      <w:pPr>
        <w:pStyle w:val="Heading2"/>
      </w:pPr>
      <w:r>
        <w:t>Кондак 7</w:t>
      </w:r>
    </w:p>
    <w:p>
      <w:r>
        <w:t>Бажаючи принести Себе в жертву за вірних, благоволив Ти втілитись від Діви, щоби, приймаючи Пречисте Тіло Твоє, пізнавали Тебе, Бога досконалого і, дивуючись невимовній премудрості Твоїй, взивали: Алилуя.</w:t>
      </w:r>
    </w:p>
    <w:p>
      <w:pPr>
        <w:pStyle w:val="Heading2"/>
      </w:pPr>
      <w:r>
        <w:t>Ікос 7</w:t>
      </w:r>
    </w:p>
    <w:p>
      <w:r>
        <w:t>Нове таїнство показав втілений Творець, коли з учениками звершив Тайну Вечерю Свою, ми ж молячи Всецарицю удостоїти і нас Божественної Святині, взиваємо до Неї:</w:t>
      </w:r>
    </w:p>
    <w:p>
      <w:r>
        <w:t>Радуйся, бо Хліб Небесний подала Ти; радуйся, бо Життя Вічне породила Ти. Радуйся, Наше, що з Христом поєднуєш всіх; радуйся, бо душу і тіло Ти з Богом з`єднуєш.</w:t>
      </w:r>
    </w:p>
    <w:p>
      <w:r>
        <w:t>Радуйся, Лжице золота, повна Божественних Таїн; радуйся, Дорогий Ківоте, вмістилище великої Святині. Радуйся, Вказівнице на Святу Євхаристію; радуйся, Трапезо, що пропонуєш нам їжу Святу.</w:t>
      </w:r>
    </w:p>
    <w:p>
      <w:r>
        <w:t>Радуйся, бо достойних причасників Ти праворуч поставляєш; радуйся, бо ревнителів Божественной Літургії ти від пекла звільняєш. Радуйся, бо смертних приводиш Ти до Джерела безсмертя; радуйся, бо дітей Своїх Ти миром огороджуєш.</w:t>
      </w:r>
    </w:p>
    <w:p>
      <w:r>
        <w:t>Радуйся, Всецарице, що недуги наші благодаттю зціляєш.</w:t>
      </w:r>
    </w:p>
    <w:p>
      <w:pPr>
        <w:pStyle w:val="Heading2"/>
      </w:pPr>
      <w:r>
        <w:t>Кондак 8</w:t>
      </w:r>
    </w:p>
    <w:p>
      <w:r>
        <w:t>Дивне Різдво бачачи, відкладімо нині всякі життєві піклування, до неба піднесімо серця, бо Всевишній явився, щоб спасти тих, хто співає Йому: Алилуя.</w:t>
      </w:r>
    </w:p>
    <w:p>
      <w:pPr>
        <w:pStyle w:val="Heading2"/>
      </w:pPr>
      <w:r>
        <w:t>Ікос 8</w:t>
      </w:r>
    </w:p>
    <w:p>
      <w:r>
        <w:t>Невідступне в лоні Отця перебуваючи, Слово неописане на землі тіло прийняло; Бог Великий сотворив велич Діві і поглянув на смирення Раби Своєї, що слухала моління такі:</w:t>
      </w:r>
    </w:p>
    <w:p>
      <w:r>
        <w:t>Радуйся, невмістимого Бога Вмістилище; радуйся, бо надмірного Бога Ти світу явила. Радуйся, бо повалена Тобою смерті держава; радуйся, бо зцілилась Адамова рана.</w:t>
      </w:r>
    </w:p>
    <w:p>
      <w:r>
        <w:t>Радуйся, Пластирю, що струпи душевні лікуєш; радуйся, Єлеє, що язви тілесні змазуєш. Радуйся, Втихомирення хвороб тим, хто страждає; радуйся, Полегшення мук тим, хто помирає.</w:t>
      </w:r>
    </w:p>
    <w:p>
      <w:r>
        <w:t>Радуйся, бо пеклу поразки завдала Ти; радуйся, бо смерті жало притупила Ти. Радуйся, Очікування всезагального воскресіння; радуйся, православних безсумнівне Спасіння.</w:t>
      </w:r>
    </w:p>
    <w:p>
      <w:r>
        <w:t>Радуйся, Всецарице, що недуги наші благодаттю зціляєш.</w:t>
      </w:r>
    </w:p>
    <w:p>
      <w:pPr>
        <w:pStyle w:val="Heading2"/>
      </w:pPr>
      <w:r>
        <w:t>Кондак 9</w:t>
      </w:r>
    </w:p>
    <w:p>
      <w:r>
        <w:t>Всяке єство ангельське і людське дивується величі недосяжного Твого втілення, Слово, не усвідомлюючи величі цієї тайни, зі страхом і трепетом взиваємо Тобі: Алилуя.</w:t>
      </w:r>
    </w:p>
    <w:p>
      <w:pPr>
        <w:pStyle w:val="Heading2"/>
      </w:pPr>
      <w:r>
        <w:t>Ікос 9</w:t>
      </w:r>
    </w:p>
    <w:p>
      <w:r>
        <w:t>Багатьма недугами хворіючі, о Всецарице, від святої Твоєї ікони зцілення отримують, щоб, прийнявши через віру благодать, велемовно взивати Тобі:</w:t>
      </w:r>
    </w:p>
    <w:p>
      <w:r>
        <w:t>Радуйся, здорових постійна Охороно; радуйся, хворих швидке У здоровлення. Радуйся, дітей хворих Зцілення; радуйся, юних страдальців Мати.</w:t>
      </w:r>
    </w:p>
    <w:p>
      <w:r>
        <w:t>Радуйся, Підняття хворобою повалених; радуйся, Відрадо тих, хто страхом смертним одержимі. Радуйся, бо чуєш Ти людей страждання; радуйся, бо до нашого плачу прислуховуєшся Ти.</w:t>
      </w:r>
    </w:p>
    <w:p>
      <w:r>
        <w:t>Радуйся, бо хвороби земні Ти небесною радістю розчиняєш; радуйся, бо лютих грішників Ти терпеливо вислуховуєш. Радуйся, бо тим, хто плаче Ти радість приготовляєш; радуйся, бо смиренним подаєш Ти крила молитви.</w:t>
      </w:r>
    </w:p>
    <w:p>
      <w:r>
        <w:t>Радуйся, Всецарице, що недуги наші благодаттю зціляєш.</w:t>
      </w:r>
    </w:p>
    <w:p>
      <w:pPr>
        <w:pStyle w:val="Heading2"/>
      </w:pPr>
      <w:r>
        <w:t>Кондак 10</w:t>
      </w:r>
    </w:p>
    <w:p>
      <w:r>
        <w:t>Бажаючи врятувати зотліле в гріху людське єство, Творець зійшов на Тебе, як дощ на руно, і купиною зробей Тебе неопалимою Бог Сущий, ставши людиною, щоб ми взивали до Нього: Алилуя.</w:t>
      </w:r>
    </w:p>
    <w:p>
      <w:pPr>
        <w:pStyle w:val="Heading2"/>
      </w:pPr>
      <w:r>
        <w:t>Ікос 10</w:t>
      </w:r>
    </w:p>
    <w:p>
      <w:r>
        <w:t>Стіною Ти є дівам, Отроковице чистая, і всім, хто в чистоті перебуває; в Тебе бо вселився Бог, очищаючи розумні створіння Свої, щоб позбавившись скверни, взивали Тобі так:</w:t>
      </w:r>
    </w:p>
    <w:p>
      <w:r>
        <w:t>Радуйся, тих, хто шукає мовчання, співрозмовнице; радуйся, бо Ти є Вінок, що дівство оберігаєш. Радуйся, Початок і Кінець духовного вдосконалення; радуйся, Хранилище Божественного одкровення.</w:t>
      </w:r>
    </w:p>
    <w:p>
      <w:r>
        <w:t>Радуйся, Троїчної ради Таїнство; радуйся, спасіння людського Винуватице. Радуйся, Вершино, для гордого розуму недоступна; радуйся, Пристановище, для смиренних сердець приємне.</w:t>
      </w:r>
    </w:p>
    <w:p>
      <w:r>
        <w:t>Радуйся, Чиста, небес чистіша; радуйся, Херувимів і Серафимів Чесніша. Радуйся, Благодатна, бо Ти прийняла від Архангела радість; радуйся, Утішена, бо руки Твої обнімали воскреслого Христа.</w:t>
      </w:r>
    </w:p>
    <w:p>
      <w:r>
        <w:t>Радуйся, Всецарице, що недуги наші благодаттю зціляєш.</w:t>
      </w:r>
    </w:p>
    <w:p>
      <w:pPr>
        <w:pStyle w:val="Heading2"/>
      </w:pPr>
      <w:r>
        <w:t>Кондак 11</w:t>
      </w:r>
    </w:p>
    <w:p>
      <w:r>
        <w:t>Спів достойний намагаємось принести Спасові, але немічними залишаємось ми, Владичице, раби Твої; хто бо зможе гідно оспівати Бога, Його ж ім`я, як миро пахуче; цього ради співаємо Йому: Алилуя.</w:t>
      </w:r>
    </w:p>
    <w:p>
      <w:pPr>
        <w:pStyle w:val="Heading2"/>
      </w:pPr>
      <w:r>
        <w:t>Ікос 11</w:t>
      </w:r>
    </w:p>
    <w:p>
      <w:r>
        <w:t>Світло велике засяяло тим, хто сидів у темряві, відвідав нас, о Діво, з висоти Сходу Син Твій і Бог наш; Тебе зробивши свічкою на свічнику, а світоносним дітям Церкви наказує приносити Тобі моління такі:</w:t>
      </w:r>
    </w:p>
    <w:p>
      <w:r>
        <w:t>Радуйся, Зірко розумного Сонця; радуйся, Вмістилище Божественного Вогню. Радуйся, Світло, бо одіяння святим зіткала Ти; радуйся, Свічко, бо темряву бісівську відігнала Ти.</w:t>
      </w:r>
    </w:p>
    <w:p>
      <w:r>
        <w:t>Радуйся, хибного розуму Просвічення; радуйся, грішних сердець Осяяння. Радуйся, Деснице, що з моря суєтного виводиш; радуйся, Промене, що ведеш до Царства Небесного.</w:t>
      </w:r>
    </w:p>
    <w:p>
      <w:r>
        <w:t>Радуйся, Блискавко, що нерозкаяних поражаєш; радуйся, Громе, що губителів страшиш. Радуйся, лукавої совісті Просвітлення; радуйся, Умилостивлення Божого Суду.</w:t>
      </w:r>
    </w:p>
    <w:p>
      <w:r>
        <w:t>Радуйся, Всецарице, що недуги наші благодаттю зціляєш.</w:t>
      </w:r>
    </w:p>
    <w:p>
      <w:pPr>
        <w:pStyle w:val="Heading2"/>
      </w:pPr>
      <w:r>
        <w:t>Кондак 12</w:t>
      </w:r>
    </w:p>
    <w:p>
      <w:r>
        <w:t>Благодать дати захотівши, Старого Завіту Податель Завіт Новий нам дарував, ми ж, благодать прийнявши, не справами закону виправдовуємось, а вірою; і вдячно співаємо: Алилуя.</w:t>
      </w:r>
    </w:p>
    <w:p>
      <w:pPr>
        <w:pStyle w:val="Heading2"/>
      </w:pPr>
      <w:r>
        <w:t>Ікос 12</w:t>
      </w:r>
    </w:p>
    <w:p>
      <w:r>
        <w:t>Оспівуючи Твоє різдво, як древній Ізраїль Скинію Завіту прославляв, так і ми нині Тебе, Скинію істинну, чеснотами прославляєм, взиваючи:</w:t>
      </w:r>
    </w:p>
    <w:p>
      <w:r>
        <w:t>Радуйся, Пісне, співана на небі; радуйся, Псалме почутий на землі. Радуйся, бо єдиному Богу достойно послужила Ти; радуйся, бо Божественній Тройці смиренням догодила Ти.</w:t>
      </w:r>
    </w:p>
    <w:p>
      <w:r>
        <w:t>Радуйся, бо Ти носила Того, Хто віки носить; радуйся, бо Ти є престолом Вседержителя. Радуйся, Тайно, не зрозуміла для віків і народів; радуйся, Надіє для всього людства.</w:t>
      </w:r>
    </w:p>
    <w:p>
      <w:r>
        <w:t>Радуйся, сердечна Радосте ієреїв благоговійних; радуйся, скоре Слухання молитов церковних і келійних. Радуйся, Премудрості Дім Богом створений; радуйся, Милості Посудино, Богом вибрана.</w:t>
      </w:r>
    </w:p>
    <w:p>
      <w:r>
        <w:t>Радуйся, Всецарице, що недуги наші благодаттю зціляєш.</w:t>
      </w:r>
    </w:p>
    <w:p>
      <w:pPr>
        <w:pStyle w:val="Heading2"/>
      </w:pPr>
      <w:r>
        <w:t>Кондак 13</w:t>
      </w:r>
    </w:p>
    <w:p>
      <w:r>
        <w:t>О Всецарице Мати, що породила всіх святих Святійше Слово, нинішнє наше прийнявши приношення, від всякої тілесної хвороби зціли нас і майбутнього позбав осудження, що взиваємо: Алилуя.</w:t>
      </w:r>
    </w:p>
    <w:p>
      <w:pPr>
        <w:pStyle w:val="Heading2"/>
      </w:pPr>
      <w:r>
        <w:t>Молитва до Пресвятої Богородиці «Всецариця»</w:t>
      </w:r>
    </w:p>
    <w:p>
      <w:r>
        <w:t>О Пречиста Богомати, Всецарице! Почуй багатостраждальне зітхання наше перед чудотворною іконою Твоєю, що з Афону до нас принесена, поглянь на дітей Твоїх, важкими хворобами обтяжених, котрі з вірою до святого Твого зображення припадають. Як птах покриває крилами пташенят своїх, так і Ти нині, Приснодіво, покрий нас покровом крил Твоїх, захисти чесним Твоїм омофором. Там, де немає надії, безсумнівною Надією будь. Там, де люті скорботи панують, Терпінням і Ослабленням явися. Там, де морок відчаю в душу вселився, хай засяє світло Божества! Малодушних потіш, немічних укріпи, для зачерствілих серцем пом`ягшення і просвічення даруй. Зціли хворих людей Твоїх, о Всецарице Милостива! Розум і руки тих, що лікують нас благослови, щоб послужили они знаряддям Всемогутнього Христа, Спаса нашого. Як живій, сущій з нами, молимось перед іконою Твоєю, Владичице! Простягни руки Твої, повні зцілень, Радосте скорботних, в печалях Утіхо, щоби, чудотворну допомогу скоро отримавши, прославляли Животворчу і Нероздільну Тройцю, Отця, Сина, і Святого Духа на віки віків. Амінь.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