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THE FULL AKATHIST TO THE MOST HOLY THEOTOKOS 'PANTANASSA'</w:t>
      </w:r>
    </w:p>
    <w:p>
      <w:r>
        <w:t>This canonical Akathist is a powerful prayer rule for the healing of cancer patients and those suffering from other severe illnesses. It is read with deep faith, hope, and repentance before the miraculous icon of the Mother of God 'Pantanassa'.</w:t>
      </w:r>
    </w:p>
    <w:p>
      <w:pPr>
        <w:pStyle w:val="Heading2"/>
      </w:pPr>
      <w:r>
        <w:t>Kontakion 1</w:t>
      </w:r>
    </w:p>
    <w:p>
      <w:r>
        <w:t>We, Your faithful servants, standing before Your Newly-Appeared Icon suppliantly cry unto Thee, O Queen of All: send Thy healing to Thy servants who come to Thee today that all together we may joyfully cry unto Thee: Rejoice, O Queen of All, do Thou heal our ailments by Thy grace!</w:t>
      </w:r>
    </w:p>
    <w:p>
      <w:pPr>
        <w:pStyle w:val="Heading2"/>
      </w:pPr>
      <w:r>
        <w:t>Ikos 1</w:t>
      </w:r>
    </w:p>
    <w:p>
      <w:r>
        <w:t>An Archangel descended from heaven and said to the Queen of All: Rejoice! And beholding You, O Lord, taking bodily form, the Angel cried to her saying:</w:t>
      </w:r>
    </w:p>
    <w:p>
      <w:r>
        <w:t>Rejoice, O Birth-Giver of God blessed among women; rejoice, Undefiled Virgin who gave birth to our Savior. Rejoice, for through Thee God took flesh; rejoice, for the Invisible was manifested in Thee.</w:t>
      </w:r>
    </w:p>
    <w:p>
      <w:r>
        <w:t>Rejoice, for Thou hast received the Mercy of the world; rejoice, for Thou hast woven the garment of flesh for the Word. Rejoice, High Glory unsearchable by human minds; rejoice, Heavenly Manna that revives our hearts.</w:t>
      </w:r>
    </w:p>
    <w:p>
      <w:r>
        <w:t>Rejoice, Star shining with grace; rejoice, Well-spring of living water. Rejoice, Blessed among women; rejoice, Uncorrupted Virgin who brought forth the Savior.</w:t>
      </w:r>
    </w:p>
    <w:p>
      <w:r>
        <w:t>Rejoice, O Queen of All, do Thou heal our ailments by Thy grace!</w:t>
      </w:r>
    </w:p>
    <w:p>
      <w:pPr>
        <w:pStyle w:val="Heading2"/>
      </w:pPr>
      <w:r>
        <w:t>Kontakion 2</w:t>
      </w:r>
    </w:p>
    <w:p>
      <w:r>
        <w:t>The Beginningless Word became an Infant through Thee, O Virgin, granting healing to all who honor His birth from Thee and sing: Alleluia!</w:t>
      </w:r>
    </w:p>
    <w:p>
      <w:pPr>
        <w:pStyle w:val="Heading2"/>
      </w:pPr>
      <w:r>
        <w:t>Ikos 2</w:t>
      </w:r>
    </w:p>
    <w:p>
      <w:r>
        <w:t>Seeking to know knowledge that cannot be known, the Virgin cried to the Angel: Explain how can I, a pure maiden, become the Mother of the Most High? To her, Gabriel spoke with fear, crying:</w:t>
      </w:r>
    </w:p>
    <w:p>
      <w:r>
        <w:t>Rejoice, Chosen of the Eternal Counsel; rejoice, Swift Hearer of those who pray. Rejoice, Treasure of Christ's peace; rejoice, Hope and Strength of Thy people.</w:t>
      </w:r>
    </w:p>
    <w:p>
      <w:r>
        <w:t>Rejoice, miraculous Destroyer of cancer; rejoice, Healer of all other diseases. Rejoice, sole Intercessor of the world; rejoice, steadfast Refuge in sorrows.</w:t>
      </w:r>
    </w:p>
    <w:p>
      <w:r>
        <w:t>Rejoice, for Thou dost soothe weeping and tears; rejoice, for Thou dost open the gates of salvation to all. Rejoice, Scepter and Dominion of Mount Athos; rejoice, Staff of monks and laity.</w:t>
      </w:r>
    </w:p>
    <w:p>
      <w:r>
        <w:t>Rejoice, O Queen of All, do Thou heal our ailments by Thy grace!</w:t>
      </w:r>
    </w:p>
    <w:p>
      <w:pPr>
        <w:pStyle w:val="Heading2"/>
      </w:pPr>
      <w:r>
        <w:t>Kontakion 3</w:t>
      </w:r>
    </w:p>
    <w:p>
      <w:r>
        <w:t>The Power of the Most High overshadowed Thee, O Virgin, and having accepted flesh, showed Thee to be a rich pasture for those who desire to reap salvation and sing: Alleluia!</w:t>
      </w:r>
    </w:p>
    <w:p>
      <w:pPr>
        <w:pStyle w:val="Heading2"/>
      </w:pPr>
      <w:r>
        <w:t>Ikos 3</w:t>
      </w:r>
    </w:p>
    <w:p>
      <w:r>
        <w:t>Thy icon called 'Queen of All' was miraculously glorified when it appeared conveying healing. Do Thou give healing to those who with faith sing before it, that such praises may be multiplied:</w:t>
      </w:r>
    </w:p>
    <w:p>
      <w:r>
        <w:t>Rejoice, Mother of Unfading Light; rejoice, Victory of those who endure to the end. Rejoice, Physician of the sick and sorrowful; rejoice, invincible Wall of orphans and widows.</w:t>
      </w:r>
    </w:p>
    <w:p>
      <w:r>
        <w:t>Rejoice, for Thou dost open the gates of Paradise; rejoice, Intercessor for the weary and oppressed. Rejoice, Mediator of salvation for the faithful; rejoice, prayerful Intercessor for the human race.</w:t>
      </w:r>
    </w:p>
    <w:p>
      <w:r>
        <w:t>Rejoice, Heavenly Ladder leading from earth to heaven; rejoice, Living Water washing away deadly sins. Rejoice, Lamb guarding the hearts of the innocent; rejoice, Protection covering the Church.</w:t>
      </w:r>
    </w:p>
    <w:p>
      <w:r>
        <w:t>Rejoice, O Queen of All, do Thou heal our ailments by Thy grace!</w:t>
      </w:r>
    </w:p>
    <w:p>
      <w:pPr>
        <w:pStyle w:val="Heading2"/>
      </w:pPr>
      <w:r>
        <w:t>Kontakion 4</w:t>
      </w:r>
    </w:p>
    <w:p>
      <w:r>
        <w:t>Giving life to the world, the Ruler of all made His home in thy womb that knew no man; showing Thee as the Mother of the faithful, calling them to sing: Alleluia!</w:t>
      </w:r>
    </w:p>
    <w:p>
      <w:pPr>
        <w:pStyle w:val="Heading2"/>
      </w:pPr>
      <w:r>
        <w:t>Ikos 4</w:t>
      </w:r>
    </w:p>
    <w:p>
      <w:r>
        <w:t>Wondrous miracles have occurred through Thee, O City of God, through healings from Thy holy icon; receiving these healing streams, we sing with thanksgiving, O Queen of All:</w:t>
      </w:r>
    </w:p>
    <w:p>
      <w:r>
        <w:t>Rejoice, for Thou dost soothe pain; rejoice, Coolness cooling the fever of the sick. Rejoice, for Thou dost burn away cancer as with fire; rejoice, for Thou dost raise those abandoned by doctors.</w:t>
      </w:r>
    </w:p>
    <w:p>
      <w:r>
        <w:t>Rejoice, for Thou dost show Thy most pure face to the chosen; rejoice, for Thou dost loose from sinful bonds. Rejoice, for through Thee deliverance from death is granted; rejoice, for by Thee a countless host of faithful is justified.</w:t>
      </w:r>
    </w:p>
    <w:p>
      <w:r>
        <w:t>Rejoice, Height unsearchable by human thoughts; rejoice, Depth known only by the Word. Rejoice, Prophecy of the patriarchs who lived before Thee; rejoice, Instructor of the hierarchs who pray to Thee.</w:t>
      </w:r>
    </w:p>
    <w:p>
      <w:r>
        <w:t>Rejoice, O Queen of All, do Thou heal our ailments by Thy grace!</w:t>
      </w:r>
    </w:p>
    <w:p>
      <w:pPr>
        <w:pStyle w:val="Heading2"/>
      </w:pPr>
      <w:r>
        <w:t>Kontakion 5</w:t>
      </w:r>
    </w:p>
    <w:p>
      <w:r>
        <w:t>We fall down before Thee, O Pure Virgin, as before the Most Pure Temple of the Savior, and pray that Thou wouldst make us temples of the Divinity, who cry: Alleluia!</w:t>
      </w:r>
    </w:p>
    <w:p>
      <w:pPr>
        <w:pStyle w:val="Heading2"/>
      </w:pPr>
      <w:r>
        <w:t>Ikos 5</w:t>
      </w:r>
    </w:p>
    <w:p>
      <w:r>
        <w:t>The ranks of the Angels, beholding the Creator of all sitting in Thy arms, acknowledged Thee as the Sovereign Lady though Thou calledst Thyself a servant, and desired to praise Thee:</w:t>
      </w:r>
    </w:p>
    <w:p>
      <w:r>
        <w:t>Rejoice, set by God higher than the Heavenly Hosts; rejoice, for Thou dost fill the world with miraculous healings. Rejoice, for Thou hast heard praise and glory from the heavens; rejoice, for Thou dost accept thanksgiving from the earth.</w:t>
      </w:r>
    </w:p>
    <w:p>
      <w:r>
        <w:t>Rejoice, for Thou dost destroy the seeds of corruption in our hearts; rejoice, for Thou dost shatter the snares of the devil. Rejoice, for Thou dost turn weeping into joy; rejoice, for Thou dost turn sorrow into heavenly sweetness.</w:t>
      </w:r>
    </w:p>
    <w:p>
      <w:r>
        <w:t>Rejoice, Fragrance pleasing to God; rejoice, exceeding Joy of repentant sinners. Rejoice, Defense of truth against temptations; rejoice, Shield protecting from hostility.</w:t>
      </w:r>
    </w:p>
    <w:p>
      <w:r>
        <w:t>Rejoice, O Queen of All, do Thou heal our ailments by Thy grace!</w:t>
      </w:r>
    </w:p>
    <w:p>
      <w:pPr>
        <w:pStyle w:val="Heading2"/>
      </w:pPr>
      <w:r>
        <w:t>Kontakion 6</w:t>
      </w:r>
    </w:p>
    <w:p>
      <w:r>
        <w:t>The eloquent disciples of the Savior stood beside Thee, O Virgin, when Thou didst ascend from earth to heaven, that with one heart and mind they might sing to God: Alleluia!</w:t>
      </w:r>
    </w:p>
    <w:p>
      <w:pPr>
        <w:pStyle w:val="Heading2"/>
      </w:pPr>
      <w:r>
        <w:t>Ikos 6</w:t>
      </w:r>
    </w:p>
    <w:p>
      <w:r>
        <w:t>The grace of Thy Icon shone forth, O Queen of All, when a youth, darkened by satanic teachings, fell motionless before it and was suddenly delivered from the bonds of hell, crying in fear and joy:</w:t>
      </w:r>
    </w:p>
    <w:p>
      <w:r>
        <w:t>Rejoice, Correction of an ungodly life; rejoice, Consolation of those who suffer. Rejoice, for Thou dost drive away demonic forces from the Church; rejoice, Dispeller of sinful darkness.</w:t>
      </w:r>
    </w:p>
    <w:p>
      <w:r>
        <w:t>Rejoice, Subduer of invisible temptations; rejoice, all-powerful Victory over demonic suggestions. Rejoice, Lamp illuminating those in sinful darkness; rejoice, Cloud covering the innocent from sin.</w:t>
      </w:r>
    </w:p>
    <w:p>
      <w:r>
        <w:t>Rejoice, Mountain feeding us with heavenly manna; rejoice, Valley filling us with Christ's humility. Rejoice, Rock of the Heavenly Kingdom; rejoice, Reflection of the everlasting Light.</w:t>
      </w:r>
    </w:p>
    <w:p>
      <w:r>
        <w:t>Rejoice, O Queen of All, do Thou heal our ailments by Thy grace!</w:t>
      </w:r>
    </w:p>
    <w:p>
      <w:pPr>
        <w:pStyle w:val="Heading2"/>
      </w:pPr>
      <w:r>
        <w:t>Kontakion 7</w:t>
      </w:r>
    </w:p>
    <w:p>
      <w:r>
        <w:t>Desiring to offer Himself as a sacrifice for the faithful, the Savior willed to take flesh of the Virgin, that receiving His Pure Body, they might know Him as perfect God and cry: Alleluia!</w:t>
      </w:r>
    </w:p>
    <w:p>
      <w:pPr>
        <w:pStyle w:val="Heading2"/>
      </w:pPr>
      <w:r>
        <w:t>Ikos 7</w:t>
      </w:r>
    </w:p>
    <w:p>
      <w:r>
        <w:t>The Creator showed a new mystery when He celebrated the Last Supper with His disciples; we pray the Queen of All to make us worthy of the Divine Sacrament, crying:</w:t>
      </w:r>
    </w:p>
    <w:p>
      <w:r>
        <w:t>Rejoice, Giver of the Heavenly Bread; rejoice, Mother of Eternal Life. Rejoice, Chalice uniting all with Christ; rejoice, for Thou dost join soul and body with God.</w:t>
      </w:r>
    </w:p>
    <w:p>
      <w:r>
        <w:t>Rejoice, Golden Spoon full of Divine Mysteries; rejoice, precious Ark containing the great Sacrament. Rejoice, Guide to the Holy Eucharist; rejoice, Table offering us Holy Food.</w:t>
      </w:r>
    </w:p>
    <w:p>
      <w:r>
        <w:t>Rejoice, for Thou dost place worthy communicants on the right hand; rejoice, for Thou dost deliver from hell the zealous servers of the Liturgy. Rejoice, for Thou dost lead mortals to the Well-spring of immortality; rejoice, for Thou dost shield Thy children with peace.</w:t>
      </w:r>
    </w:p>
    <w:p>
      <w:r>
        <w:t>Rejoice, O Queen of All, do Thou heal our ailments by Thy grace!</w:t>
      </w:r>
    </w:p>
    <w:p>
      <w:pPr>
        <w:pStyle w:val="Heading2"/>
      </w:pPr>
      <w:r>
        <w:t>Kontakion 8</w:t>
      </w:r>
    </w:p>
    <w:p>
      <w:r>
        <w:t>Beholding this strange Birth, let us lay aside all worldly cares and lift up our hearts to heaven, for the Most High appeared to save those who sing to Him: Alleluia!</w:t>
      </w:r>
    </w:p>
    <w:p>
      <w:pPr>
        <w:pStyle w:val="Heading2"/>
      </w:pPr>
      <w:r>
        <w:t>Ikos 8</w:t>
      </w:r>
    </w:p>
    <w:p>
      <w:r>
        <w:t>While remaining fully in the bosom of the Father, the uncircumscribed Word was present on earth in the flesh; the Great God magnified the Virgin and regarded the humility of His handmaiden, who heard such praises:</w:t>
      </w:r>
    </w:p>
    <w:p>
      <w:r>
        <w:t>Rejoice, Vessel of the Uncontainable God; rejoice, for Thou hast shown the Transcendent God to the world. Rejoice, for the power of death was destroyed by Thee; rejoice, for Adam's wound was healed.</w:t>
      </w:r>
    </w:p>
    <w:p>
      <w:r>
        <w:t>Rejoice, Plaster healing the scabs of the soul; rejoice, Oil anointing the ulcers of the body. Rejoice, Soother of sicknesses for those who suffer; rejoice, Relief of torments for the dying.</w:t>
      </w:r>
    </w:p>
    <w:p>
      <w:r>
        <w:t>Rejoice, for Thou hast struck defeat to hell; rejoice, for Thou hast blunted the sting of death. Rejoice, Expectation of the universal resurrection; rejoice, sure Salvation of the orthodox.</w:t>
      </w:r>
    </w:p>
    <w:p>
      <w:r>
        <w:t>Rejoice, O Queen of All, do Thou heal our ailments by Thy grace!</w:t>
      </w:r>
    </w:p>
    <w:p>
      <w:pPr>
        <w:pStyle w:val="Heading2"/>
      </w:pPr>
      <w:r>
        <w:t>Kontakion 9</w:t>
      </w:r>
    </w:p>
    <w:p>
      <w:r>
        <w:t>All angelic and human nature was amazed by the greatness of Thy incarnation, O Word, and perplexed by this great mystery, we cry with fear and trembling: Alleluia!</w:t>
      </w:r>
    </w:p>
    <w:p>
      <w:pPr>
        <w:pStyle w:val="Heading2"/>
      </w:pPr>
      <w:r>
        <w:t>Ikos 9</w:t>
      </w:r>
    </w:p>
    <w:p>
      <w:r>
        <w:t>Those who are afflicted by various ailments, O Queen of All, receive swift healing from Thy Holy Icon, and having accepted such grace through faith, cry aloud to Thee:</w:t>
      </w:r>
    </w:p>
    <w:p>
      <w:r>
        <w:t>Rejoice, constant Preservation of the healthy; rejoice, swift Restoration of the sick. Rejoice, Healing of sick children; rejoice, Mother of young sufferers.</w:t>
      </w:r>
    </w:p>
    <w:p>
      <w:r>
        <w:t>Rejoice, Raising of those cast down by illness; rejoice, Comfort of those gripped by the fear of death. Rejoice, for Thou dost hear the suffering of people; rejoice, for Thou dost listen to our weeping.</w:t>
      </w:r>
    </w:p>
    <w:p>
      <w:r>
        <w:t>Rejoice, for Thou dost dissolve earthly sicknesses with heavenly joy; rejoice, for Thou dost patiently hear the worst of sinners. Rejoice, for Thou dost prepare joy for those who weep; rejoice, for Thou dost give the wings of prayer to the meek.</w:t>
      </w:r>
    </w:p>
    <w:p>
      <w:r>
        <w:t>Rejoice, O Queen of All, do Thou heal our ailments by Thy grace!</w:t>
      </w:r>
    </w:p>
    <w:p>
      <w:pPr>
        <w:pStyle w:val="Heading2"/>
      </w:pPr>
      <w:r>
        <w:t>Kontakion 10</w:t>
      </w:r>
    </w:p>
    <w:p>
      <w:r>
        <w:t>Desiring to save human nature corrupted by sin, the Creator descended upon Thee as dew upon the fleece, making Thee the unburning bush; God became Man that we might sing: Alleluia!</w:t>
      </w:r>
    </w:p>
    <w:p>
      <w:pPr>
        <w:pStyle w:val="Heading2"/>
      </w:pPr>
      <w:r>
        <w:t>Ikos 10</w:t>
      </w:r>
    </w:p>
    <w:p>
      <w:r>
        <w:t>O All-Pure Virgin! You are the Wall for maidens and for all who keep purity; for God settled in Thee, purifying His intelligent creations, that we might cry to Thee:</w:t>
      </w:r>
    </w:p>
    <w:p>
      <w:r>
        <w:t>Rejoice, Companion of those who seek silence; rejoice, Crown of those who keep virginity. Rejoice, Beginning and End of spiritual perfection; rejoice, Repository of Divine Revelation.</w:t>
      </w:r>
    </w:p>
    <w:p>
      <w:r>
        <w:t>Rejoice, Mystery of the Triune Counsel; rejoice, Cause of human salvation. Rejoice, Height inaccessible to the proud mind; rejoice, Refuge pleasing to humble hearts.</w:t>
      </w:r>
    </w:p>
    <w:p>
      <w:r>
        <w:t>Rejoice, Pure One, purer than the heavens; rejoice, more honorable than the Cherubim and Seraphim. Rejoice, Blessed One, receiving joy from the Archangel; rejoice, Comforted One, whose hands held the risen Christ.</w:t>
      </w:r>
    </w:p>
    <w:p>
      <w:r>
        <w:t>Rejoice, O Queen of All, do Thou heal our ailments by Thy grace!</w:t>
      </w:r>
    </w:p>
    <w:p>
      <w:pPr>
        <w:pStyle w:val="Heading2"/>
      </w:pPr>
      <w:r>
        <w:t>Kontakion 11</w:t>
      </w:r>
    </w:p>
    <w:p>
      <w:r>
        <w:t>We fail to offer worthy praise, O Lady, and remain weak, Thy servants; for who can worthily praise God, whose name is as sweet ointment? Therefore we sing to Him: Alleluia!</w:t>
      </w:r>
    </w:p>
    <w:p>
      <w:pPr>
        <w:pStyle w:val="Heading2"/>
      </w:pPr>
      <w:r>
        <w:t>Ikos 11</w:t>
      </w:r>
    </w:p>
    <w:p>
      <w:r>
        <w:t>A great Light shone on those who sat in darkness; the Son of God visited us from on high, making Thee a candle on a candlestick, commanding the children of the Church to sing:</w:t>
      </w:r>
    </w:p>
    <w:p>
      <w:r>
        <w:t>Rejoice, Dawn of the Spiritual Sun; rejoice, Container of the Divine Fire. Rejoice, Light, weaving the garment of the saints; rejoice, Candle, scattering demonic darkness.</w:t>
      </w:r>
    </w:p>
    <w:p>
      <w:r>
        <w:t>Rejoice, Enlightenment of the false mind; rejoice, Illumination of sinful hearts. Rejoice, Right Hand, leading us from the sea of vanity; rejoice, Ray, leading to the Heavenly Kingdom.</w:t>
      </w:r>
    </w:p>
    <w:p>
      <w:r>
        <w:t>Rejoice, Lightning striking the unrepentant; rejoice, Thunder terrifying destroyers. Rejoice, Enlightenment of the cunning conscience; rejoice, Propitiation of God's Judgment.</w:t>
      </w:r>
    </w:p>
    <w:p>
      <w:r>
        <w:t>Rejoice, O Queen of All, do Thou heal our ailments by Thy grace!</w:t>
      </w:r>
    </w:p>
    <w:p>
      <w:pPr>
        <w:pStyle w:val="Heading2"/>
      </w:pPr>
      <w:r>
        <w:t>Kontakion 12</w:t>
      </w:r>
    </w:p>
    <w:p>
      <w:r>
        <w:t>Desiring to grant grace, the Giver of the Old Covenant gave us the New, and having received grace, we are justified not by works of the law but by faith, singing with thanksgiving: Alleluia!</w:t>
      </w:r>
    </w:p>
    <w:p>
      <w:pPr>
        <w:pStyle w:val="Heading2"/>
      </w:pPr>
      <w:r>
        <w:t>Ikos 12</w:t>
      </w:r>
    </w:p>
    <w:p>
      <w:r>
        <w:t>Chanting Thy birth, as Israel of old glorified the Tabernacle, so we now glorify Thee, the true Tabernacle, with virtues, crying:</w:t>
      </w:r>
    </w:p>
    <w:p>
      <w:r>
        <w:t>Rejoice, Song sung in heaven; rejoice, Psalm heard on earth. Rejoice, for Thou hast worthily served the One God; rejoice, for Thou hast pleased the Divine Trinity with humility.</w:t>
      </w:r>
    </w:p>
    <w:p>
      <w:r>
        <w:t>Rejoice, for Thou didst bear Him who bears the ages; rejoice, Throne of the Almighty. Rejoice, Mystery unsearchable by ages and nations; rejoice, Hope of all mankind.</w:t>
      </w:r>
    </w:p>
    <w:p>
      <w:r>
        <w:t>Rejoice, heartfelt Joy of devout priests; rejoice, swift Hearing of church and private prayers. Rejoice, House of Wisdom created by God; rejoice, Vessel of Mercy chosen by God.</w:t>
      </w:r>
    </w:p>
    <w:p>
      <w:r>
        <w:t>Rejoice, O Queen of All, do Thou heal our ailments by Thy grace!</w:t>
      </w:r>
    </w:p>
    <w:p>
      <w:pPr>
        <w:pStyle w:val="Heading2"/>
      </w:pPr>
      <w:r>
        <w:t>Kontakion 13</w:t>
      </w:r>
    </w:p>
    <w:p>
      <w:r>
        <w:t>O All-Queen Mother, who gave birth to the Word, Holiest of all Saints! Accept our offering, heal us from every bodily illness, and deliver us from the condemnation to come, who sing: Alleluia!</w:t>
      </w:r>
    </w:p>
    <w:p>
      <w:r>
        <w:t>Prayer to the Most Holy Theotokos 'Pantanassa'</w:t>
      </w:r>
    </w:p>
    <w:p>
      <w:r>
        <w:t>O Most-Pure Mother of God, O Queen of All (Pantanassa)! Hearken unto our much-afflicted sighing before Thy miraculous Icon, brought to us from Mount Athos. Look upon Thy children, suffering from unhealed ailments, who fall down before Thy holy image with faith! As a bird covers its nestlings with its wings, so do Thou now cover us with Thy healing omophorion. Where there is no hope, be Thou our steadfast Hope. Where bitter sorrows overcome us, let Patience and Rest be revealed. Where the torment of despair dwells in our souls, let the light of the Godhead shine! Comfort the faint-hearted, strengthen the weak, soften and illuminate hardened hearts. Heal Thy sick people, O merciful Queen! Bless the minds and hands of our doctors, that they may serve as instruments of the Almighty Christ, our Savior. As if Thou wert living and present with us, we pray before Thy Icon, O Lady! Stretch out Thy hands full of healing, O Joy of the sorrowful, Consolation in affliction, that having swiftly received miraculous help, we may glorify the Life-giving and Undivided Trinity, Father, Son, and Holy Spirit, unto ages of ages. Amen.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