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АКАФІСТ ДО ПРЕПОДОБНОГО ПАЇСІЯ СВЯТОГОРЦЯ</w:t>
      </w:r>
    </w:p>
    <w:p>
      <w:r>
        <w:t>Обраного подвижника Гори Афонської та пахучу кадильницю покаяння, преславного угодника Божого Паїсія піснями звеличуємо. Ти ж, як той, що має дерзновення перед Господом, від усяких бід визволяй нас, що з любов'ю співаємо тобі: Радуйся, преподобне Паїсіє, дивний народу Божого утішителю.</w:t>
      </w:r>
    </w:p>
    <w:p>
      <w:pPr>
        <w:pStyle w:val="Heading2"/>
      </w:pPr>
      <w:r>
        <w:t>Ікос 1</w:t>
      </w:r>
    </w:p>
    <w:p>
      <w:r>
        <w:t>Ангелом у плоті явився ти на Святій Горі Афонській, преподобне отче Паїсіє, і для нас став гарячим заступником перед Богом. Тому з вірою та вдячністю взиваємо до тебе:</w:t>
      </w:r>
    </w:p>
    <w:p>
      <w:r>
        <w:t>Радуйся, Каппадокії святе проростання; радуйся, Афонської Гори велика славо.</w:t>
      </w:r>
    </w:p>
    <w:p>
      <w:r>
        <w:t>Радуйся, любе дитя Пресвятої Богородиці; радуйся, людино Небесна, що перебуває на небесах.</w:t>
      </w:r>
    </w:p>
    <w:p>
      <w:r>
        <w:t>Радуйся, преподобне Паїсіє, дивний народу Божого утішителю.</w:t>
      </w:r>
    </w:p>
    <w:p>
      <w:pPr>
        <w:pStyle w:val="Heading2"/>
      </w:pPr>
      <w:r>
        <w:t>Кондак 2</w:t>
      </w:r>
    </w:p>
    <w:p>
      <w:r>
        <w:t>Бачачи суєту світу цього, ти з юності прагнув чернечого життя, отче Паїсіє, і підкоривши плоть духові, у пості та молитві став наслідувачем древніх отців, невпинно співаючи Богу: Алилуя!</w:t>
      </w:r>
    </w:p>
    <w:p>
      <w:pPr>
        <w:pStyle w:val="Heading2"/>
      </w:pPr>
      <w:r>
        <w:t>Ікос 2</w:t>
      </w:r>
    </w:p>
    <w:p>
      <w:r>
        <w:t>Розум, очищений від гріховних помислів, випроси нам у Господа, преподобне, щоб ми могли чистим серцем принести тобі такі похвали:</w:t>
      </w:r>
    </w:p>
    <w:p>
      <w:r>
        <w:t>Радуйся, лагідності та смирення вчителю; радуйся, любові нелицемірної джерело.</w:t>
      </w:r>
    </w:p>
    <w:p>
      <w:r>
        <w:t>Радуйся, бо ти душу свою покладав за ближніх; радуйся, бо ти темряву скорботи розганяв словом благодаті.</w:t>
      </w:r>
    </w:p>
    <w:p>
      <w:r>
        <w:t>Радуйся, преподобне Паїсіє, дивний народу Божого утішителю.</w:t>
      </w:r>
    </w:p>
    <w:p>
      <w:pPr>
        <w:pStyle w:val="Heading2"/>
      </w:pPr>
      <w:r>
        <w:t>Кондак 3</w:t>
      </w:r>
    </w:p>
    <w:p>
      <w:r>
        <w:t>Силою Вишнього зміцнений, ти переносив люті хвороби тілесні без нарікання, дякуючи Богові за все. Молитвою своєю ти зцілював невиліковні недуги тих, хто з вірою прибігав до тебе, співаючи Богові: Алилуя!</w:t>
      </w:r>
    </w:p>
    <w:p>
      <w:pPr>
        <w:pStyle w:val="Heading2"/>
      </w:pPr>
      <w:r>
        <w:t>Ікос 3</w:t>
      </w:r>
    </w:p>
    <w:p>
      <w:r>
        <w:t>Маючи велику любов до всього творіння Божого, ти піклувався навіть про птахів та диких звірів, які лагідно корилися твоєму слову. Дивуючись твоєму благодатному життю, співаємо:</w:t>
      </w:r>
    </w:p>
    <w:p>
      <w:r>
        <w:t>Радуйся, серцем милостивим до всього створіння подібний; радуйся, дивну простоту життя явивши.</w:t>
      </w:r>
    </w:p>
    <w:p>
      <w:r>
        <w:t>Радуйся, молитви безперестанної діячу; радуйся, духовних дарів багата скарбнице.</w:t>
      </w:r>
    </w:p>
    <w:p>
      <w:r>
        <w:t>Радуйся, преподобне Паїсіє, дивний народу Божого утішителю.</w:t>
      </w:r>
    </w:p>
    <w:p>
      <w:pPr>
        <w:pStyle w:val="Heading2"/>
      </w:pPr>
      <w:r>
        <w:t>Кондак 13</w:t>
      </w:r>
    </w:p>
    <w:p>
      <w:r>
        <w:t>О преподобний отче Паїсіє, новий цвіте благоуханний, що у часи останні так дивно процвів! Прийми нинішню нашу молитву, випроси у Господа спасіння душ наших та мир нашій Батьківщині Україні, щоб ми завжди співали Богу: Алилуя!</w:t>
      </w:r>
    </w:p>
    <w:p>
      <w:pPr>
        <w:pStyle w:val="Heading2"/>
      </w:pPr>
      <w:r>
        <w:t>МОЛИТВА ДО ПРЕПОДОБНОГО ПАЇСІЯ СВЯТОГОРЦЯ</w:t>
      </w:r>
    </w:p>
    <w:p>
      <w:r>
        <w:t>О, святий преподобний і богоносний отче наш Паїсію, любий наш заступнику і наставниче! Ти у земному житті багато болістей перетерпів і отримав благодать зцілювати хворих та утішати скорботних. Моли Всемилосердного Господа, щоб Він простив нам гріхи наші, зцілив недуги душевні й тілесні, дарував мир і благословення Україні та привів нас усіх до спасіння. Амінь.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