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C3E50"/>
          <w:sz w:val="32"/>
        </w:rPr>
        <w:t>ORACIONES Y ACATISTO A SAN PAISIOS DE ATHOS</w:t>
      </w:r>
    </w:p>
    <w:p>
      <w:r>
        <w:t>San Paisios del Monte Athos es uno de los santos ascetas más venerados del siglo XX. Ex-operador de radio durante la Segunda Guerra Mundial y humilde ermitaño, dedicó su vida a consolar a las almas afligidas. Este folleto contiene las oraciones canónicas más hermosas para obtener paz, salud y discernimiento ante las pruebas.</w:t>
      </w:r>
    </w:p>
    <w:p>
      <w:pPr>
        <w:spacing w:before="240" w:after="120"/>
      </w:pPr>
      <w:r>
        <w:rPr>
          <w:b/>
          <w:color w:val="16A085"/>
          <w:sz w:val="26"/>
        </w:rPr>
        <w:t>1. Oración a San Paisios para pedir discernimiento y consuelo</w:t>
      </w:r>
    </w:p>
    <w:p>
      <w:pPr>
        <w:ind w:left="360"/>
      </w:pPr>
      <w:r>
        <w:rPr>
          <w:i/>
          <w:color w:val="7F8C8D"/>
        </w:rPr>
        <w:t>«¡Oh bienaventurado San Paisios del Monte Athos, protector de los afligidos y humilde consejero de los buscadores de Dios! A ti recurrimos con fe sencilla, suplicándote que consueles nuestro corazón atormentado por las dudas y la ansiedad. Tú, que sufriste con gozo las debilidades del cuerpo por amor de Cristo, enséñanos a confiar plenamente en la Providencia del Padre Celestial. Danos Tu paciencia ante las enfermedades, ilumina nuestro discernimiento en las pruebas del mundo, y pídele a nuestro Salvador Jesucristo que conceda la paz y la salvación a nuestras almas. Amén.»</w:t>
      </w:r>
    </w:p>
    <w:p>
      <w:pPr>
        <w:spacing w:before="240" w:after="120"/>
      </w:pPr>
      <w:r>
        <w:rPr>
          <w:b/>
          <w:color w:val="16A085"/>
          <w:sz w:val="26"/>
        </w:rPr>
        <w:t>2. Cántico a San Paisios (Tropario)</w:t>
      </w:r>
    </w:p>
    <w:p>
      <w:pPr>
        <w:ind w:left="360"/>
      </w:pPr>
      <w:r>
        <w:rPr>
          <w:i/>
          <w:color w:val="7F8C8D"/>
        </w:rPr>
        <w:t>«Habiendo recibido la unción del Espíritu Santo, ¡oh sabio Paisios!, guiaste a las almas hacia el puerto de la salvación por medio de tus sabias palabras. En tu ermita del Monte Athos oraste incesantemente por el mundo entero con lágrimas de amor. Te convertiste en un refugio para los cansados y un sanador para los enfermos. Ruega a Cristo Dios, ¡oh santo bienaventurado!, por la salvación de nuestras almas. Amén.»</w:t>
      </w:r>
    </w:p>
    <w:p>
      <w:pPr>
        <w:spacing w:before="300"/>
      </w:pPr>
    </w:p>
    <w:p>
      <w:pPr>
        <w:jc w:val="center"/>
      </w:pPr>
      <w:r>
        <w:t xml:space="preserve">Descargado de </w:t>
      </w:r>
      <w:hyperlink r:id="rId9">
        <w:r>
          <w:rPr>
            <w:color w:val="0056B3"/>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