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ORACIONES Y ACATISTO A SAN PAISIO DEL MONTE ATHOS</w:t>
      </w:r>
    </w:p>
    <w:p>
      <w:r>
        <w:t>San Paisio del Monte Athos (1924-1994) es uno de los padres espirituales y ascetas contemporáneos más queridos y milagrosos de la Iglesia ortodoxa. Sus consejos llenos de amor y sus oraciones tienen un poder asombroso para disipar la ansiedad, traer paz interior y proteger a las familias.</w:t>
      </w:r>
    </w:p>
    <w:p>
      <w:pPr>
        <w:spacing w:before="240" w:after="120"/>
      </w:pPr>
      <w:r>
        <w:rPr>
          <w:b/>
          <w:color w:val="16A085"/>
          <w:sz w:val="26"/>
        </w:rPr>
        <w:t>1. Oración diaria a San Paisio por la paz y el consuelo en las tribulaciones</w:t>
      </w:r>
    </w:p>
    <w:p>
      <w:pPr>
        <w:ind w:left="360"/>
      </w:pPr>
      <w:r>
        <w:rPr>
          <w:i/>
          <w:color w:val="7F8C8D"/>
        </w:rPr>
        <w:t>«¡Oh bienaventurado y santo Padre Paisio, león del Monte Athos y fiel servidor de nuestro Redentor Jesucristo! Tú que pasaste tu vida en la ascesis, la oración de corazón ininterrumpida y el amor sacrificial hacia todos los que sufrían. Acudimos hoy a tu poderosa intercesión, pidiéndote que nos consigas de Dios la paz interior que tanto necesitamos. Disipa nuestras angustias, temores, dudas y tristezas corporales y espirituales. Enséñanos a confiar plenamente en la Divina Providencia, a imitar tu profunda humildad y a vivir en el perdón y la caridad fraternal. Amén.»</w:t>
      </w:r>
    </w:p>
    <w:p>
      <w:pPr>
        <w:spacing w:before="240" w:after="120"/>
      </w:pPr>
      <w:r>
        <w:rPr>
          <w:b/>
          <w:color w:val="16A085"/>
          <w:sz w:val="26"/>
        </w:rPr>
        <w:t>2. Himno y Cántico (Tropario de San Paisio de Athos)</w:t>
      </w:r>
    </w:p>
    <w:p>
      <w:pPr>
        <w:ind w:left="360"/>
      </w:pPr>
      <w:r>
        <w:rPr>
          <w:i/>
          <w:color w:val="7F8C8D"/>
        </w:rPr>
        <w:t>«Habiendo encendido en tu corazón el fuego del amor divino, te convertiste en un faro místico de ascesis para el mundo entero, ¡oh santo Padre Paisio! Sanaste a los enfermos, diste esperanza a los afligidos y mostraste a todos el camino del Reino de los Cielos. Suplica a Cristo Dios que tenga piedad de nuestras almas. Amén.»</w:t>
      </w:r>
    </w:p>
    <w:p>
      <w:pPr>
        <w:spacing w:before="300"/>
      </w:pPr>
    </w:p>
    <w:p>
      <w:pPr>
        <w:jc w:val="center"/>
      </w:pPr>
      <w:r>
        <w:t xml:space="preserve">Descargado de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