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AKATHIST TO SAINT PAISIOS OF MOUNT ATHOS</w:t>
      </w:r>
    </w:p>
    <w:p>
      <w:r>
        <w:t>Chosen ascetic of Mount Athos and fragrant censer of repentance, glorious servant of God Paisios, we praise thee with songs. As thou hast boldness before the Lord, deliver us from all afflictions, who cry to thee with love: Rejoice, venerable Paisios, wonderful consoler of the people of God.</w:t>
      </w:r>
    </w:p>
    <w:p>
      <w:pPr>
        <w:pStyle w:val="Heading2"/>
      </w:pPr>
      <w:r>
        <w:t>Ikos 1</w:t>
      </w:r>
    </w:p>
    <w:p>
      <w:r>
        <w:t>An angel in the flesh didst thou appear on Holy Mount Athos, venerable Father Paisios, and hast become a warm intercessor for us before God. Therefore, we cry to thee:</w:t>
      </w:r>
    </w:p>
    <w:p>
      <w:r>
        <w:t>Rejoice, holy blossom of Cappadocia; rejoice, great glory of Mount Athos.</w:t>
      </w:r>
    </w:p>
    <w:p>
      <w:r>
        <w:t>Rejoice, beloved child of the Most Holy Theotokos; rejoice, heavenly man abiding in the heavens.</w:t>
      </w:r>
    </w:p>
    <w:p>
      <w:r>
        <w:t>Rejoice, venerable Paisios, wonderful consoler of the people of God.</w:t>
      </w:r>
    </w:p>
    <w:p>
      <w:pPr>
        <w:pStyle w:val="Heading2"/>
      </w:pPr>
      <w:r>
        <w:t>Kontakion 2</w:t>
      </w:r>
    </w:p>
    <w:p>
      <w:r>
        <w:t>Beholding the vanity of this world, from thy youth thou didst desire the monastic life, Father Paisios. Having subjected the flesh to the spirit, in fasting and prayer thou didst follow the ancient fathers, singing to God: Alleluia!</w:t>
      </w:r>
    </w:p>
    <w:p>
      <w:pPr>
        <w:pStyle w:val="Heading2"/>
      </w:pPr>
      <w:r>
        <w:t>Ikos 2</w:t>
      </w:r>
    </w:p>
    <w:p>
      <w:r>
        <w:t>Ask for us a mind cleansed of sinful thoughts, venerable father, that we may offer thee these praises with a pure heart:</w:t>
      </w:r>
    </w:p>
    <w:p>
      <w:r>
        <w:t>Rejoice, teacher of meekness and humility; rejoice, fountain of unfeigned love.</w:t>
      </w:r>
    </w:p>
    <w:p>
      <w:r>
        <w:t>Rejoice, thou who didst lay down thy soul for thy neighbors; rejoice, thou who didst dispel the darkness of sorrow by the word of grace.</w:t>
      </w:r>
    </w:p>
    <w:p>
      <w:r>
        <w:t>Rejoice, venerable Paisios, wonderful consoler of the people of God.</w:t>
      </w:r>
    </w:p>
    <w:p>
      <w:pPr>
        <w:pStyle w:val="Heading2"/>
      </w:pPr>
      <w:r>
        <w:t>Kontakion 3</w:t>
      </w:r>
    </w:p>
    <w:p>
      <w:r>
        <w:t>Strengthened by the power of the Most High, thou didst endure severe physical illnesses without complaining, thanking God for all. By thy prayers, thou didst heal incurable diseases of those who ran to thee, singing to God: Alleluia!</w:t>
      </w:r>
    </w:p>
    <w:p>
      <w:pPr>
        <w:pStyle w:val="Heading2"/>
      </w:pPr>
      <w:r>
        <w:t>Ikos 3</w:t>
      </w:r>
    </w:p>
    <w:p>
      <w:r>
        <w:t>Possessing great love for all God's creation, thou didst care even for the birds and wild beasts, which meekly obeyed thy word. Marveling at thy gracious life, we sing:</w:t>
      </w:r>
    </w:p>
    <w:p>
      <w:r>
        <w:t>Rejoice, resembling the Heavenly Father in thy merciful heart; rejoice, showing wonderful simplicity of life.</w:t>
      </w:r>
    </w:p>
    <w:p>
      <w:r>
        <w:t>Rejoice, practitioner of unceasing prayer; rejoice, rich treasury of spiritual gifts.</w:t>
      </w:r>
    </w:p>
    <w:p>
      <w:r>
        <w:t>Rejoice, venerable Paisios, wonderful consoler of the people of God.</w:t>
      </w:r>
    </w:p>
    <w:p>
      <w:pPr>
        <w:pStyle w:val="Heading2"/>
      </w:pPr>
      <w:r>
        <w:t>Kontakion 13</w:t>
      </w:r>
    </w:p>
    <w:p>
      <w:r>
        <w:t>O venerable Father Paisios, fragrant blossom that didst shine so wonderfully in these latter times! Accept our present prayer, entreat the Lord to save our souls and grant peace, that we may sing to God: Alleluia!</w:t>
      </w:r>
    </w:p>
    <w:p>
      <w:pPr>
        <w:pStyle w:val="Heading2"/>
      </w:pPr>
      <w:r>
        <w:t>PRAYER TO SAINT PAISIOS OF MOUNT ATHOS</w:t>
      </w:r>
    </w:p>
    <w:p>
      <w:r>
        <w:t>O holy venerable and God-bearing Father Paisios, our beloved intercessor and guide! During thy earthly life, thou didst endure many afflictions and didst receive the grace to heal the sick and console the sorrowful. Entreat the All-Merciful Lord to forgive our sins, heal our illnesses of body and soul, grant peace, and lead us to salvation.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