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АКАФІСТ ДО СВЯТИТЕЛЯ МИКОЛАЯ ЧУДОТВОРЦЯ</w:t>
      </w:r>
    </w:p>
    <w:p>
      <w:r>
        <w:t>Чудотворче дивний i преславний угоднику Божий, святителю Миколаю! Тебе, що всьому свiтовi виливаєш дорогоцiнне й невичерпне море чудес, я з любов’ю вихваляю. А ти, що маєш смiливий доступ до Господа, вiд усяких напастей рятуй мене, щоб я виголошував тобi: Радуйся, Миколаю, великий чудотворче.</w:t>
      </w:r>
    </w:p>
    <w:p>
      <w:pPr>
        <w:pStyle w:val="Heading2"/>
      </w:pPr>
      <w:r>
        <w:t>Ікос 1</w:t>
      </w:r>
    </w:p>
    <w:p>
      <w:r>
        <w:t>Ангельським образом явив тебе, за природою земного, Создатель усього створіння; доброплiдну бо красу душі твоєї передбачивши, навчив усіх співати тобі:</w:t>
      </w:r>
    </w:p>
    <w:p>
      <w:r>
        <w:t>Радуйся, вiд утроби материнської очищений; радуйся, до кінця життя святим збережений.</w:t>
      </w:r>
    </w:p>
    <w:p>
      <w:r>
        <w:t>Радуйся, що народженням своїм батьків здивував; радуйся, що силу душевну відразу після народження явив.</w:t>
      </w:r>
    </w:p>
    <w:p>
      <w:r>
        <w:t>Радуйся, Миколаю, великий чудотворче.</w:t>
      </w:r>
    </w:p>
    <w:p>
      <w:pPr>
        <w:pStyle w:val="Heading2"/>
      </w:pPr>
      <w:r>
        <w:t>Кондак 2</w:t>
      </w:r>
    </w:p>
    <w:p>
      <w:r>
        <w:t>Бачачи твого мира чудесне виливання, Богомудрий, просвітлюємося душею і тілом і дивним мироточцем живоносним визнаємо тебе, Миколаю: бо чудесами, наче водами, що благодаттю Божою течуть, ти вiрних напуваєш – тих, що спiвають Боговi: Алилуя!</w:t>
      </w:r>
    </w:p>
    <w:p>
      <w:pPr>
        <w:pStyle w:val="Heading2"/>
      </w:pPr>
      <w:r>
        <w:t>Ікос 2</w:t>
      </w:r>
    </w:p>
    <w:p>
      <w:r>
        <w:t>Розум незбагненний про Святу Тройцю відкриваючи, ти був у Нікеї зі святими отцями захисником віри православної; бо сповідав єси Сина рівночесного Отцю і Святому Духу, а безумного Арія посоромив. Тому вірні навчилися співати тобі:</w:t>
      </w:r>
    </w:p>
    <w:p>
      <w:r>
        <w:t>Радуйся, великий стовпе благочестя; радуйся, притулку і захисте вірних.</w:t>
      </w:r>
    </w:p>
    <w:p>
      <w:r>
        <w:t>Радуйся, твердине православної віри; радуйся, носителю Божественної слави.</w:t>
      </w:r>
    </w:p>
    <w:p>
      <w:r>
        <w:t>Радуйся, Миколаю, великий чудотворче.</w:t>
      </w:r>
    </w:p>
    <w:p>
      <w:pPr>
        <w:pStyle w:val="Heading2"/>
      </w:pPr>
      <w:r>
        <w:t>Кондак 3</w:t>
      </w:r>
    </w:p>
    <w:p>
      <w:r>
        <w:t>Силою, що дана тобі з висоти, сльозу кожну ти витер з лиця жорстоко стражденних, богоносний отче Миколаю: бо голодним ти явився годувальником, тим, що в морській глибині — премудрим керманичем, недужим — зціленням, і всім всяким став помічником, що взивають до Бога: Алилуя!</w:t>
      </w:r>
    </w:p>
    <w:p>
      <w:pPr>
        <w:pStyle w:val="Heading2"/>
      </w:pPr>
      <w:r>
        <w:t>Ікос 3</w:t>
      </w:r>
    </w:p>
    <w:p>
      <w:r>
        <w:t>Воістину, отче Миколаю, треба було б пісню подячну з неба тобі співати, а не з землі, бо хто з людей здатний висловити величність святості твоєї? Проте ж ми, переможені любов’ю твоєю, так тобі співаємо:</w:t>
      </w:r>
    </w:p>
    <w:p>
      <w:r>
        <w:t>Радуйся, добрий прикладе для ягнят і пастирів; радуйся, святе очищення звичаїв.</w:t>
      </w:r>
    </w:p>
    <w:p>
      <w:r>
        <w:t>Радуйся, вмістилище великих чеснот; радуйся, чисте і чесне житло святості.</w:t>
      </w:r>
    </w:p>
    <w:p>
      <w:r>
        <w:t>Радуйся, Миколаю, великий чудотворче.</w:t>
      </w:r>
    </w:p>
    <w:p>
      <w:pPr>
        <w:pStyle w:val="Heading2"/>
      </w:pPr>
      <w:r>
        <w:t>Кондак 4</w:t>
      </w:r>
    </w:p>
    <w:p>
      <w:r>
        <w:t>Буря збентеження обійшла світ, але ти, святителю Миколаю, приносиш усім тишу і спокій, вгамовуючи пристрасті й біди. Тому вірні, спасенні твоїм заступництвом, вдячно співають Богу: Алилуя!</w:t>
      </w:r>
    </w:p>
    <w:p>
      <w:pPr>
        <w:pStyle w:val="Heading2"/>
      </w:pPr>
      <w:r>
        <w:t>Ікос 4</w:t>
      </w:r>
    </w:p>
    <w:p>
      <w:r>
        <w:t>Почули, богомудрий Миколаю, близькі й далекі про велич чудес твоїх, бо ти легкими крильми благодаті звик передувати тим, що в бідах, швидко визволяючи всіх, хто так до тебе взиває:</w:t>
      </w:r>
    </w:p>
    <w:p>
      <w:r>
        <w:t>Радуйся, визволення від печалі; радуйся, подателю благодаті.</w:t>
      </w:r>
    </w:p>
    <w:p>
      <w:r>
        <w:t>Радуйся, невинно засуджених захиснику; радуйся, бідних і сиріт годувальнику.</w:t>
      </w:r>
    </w:p>
    <w:p>
      <w:r>
        <w:t>Радуйся, Миколаю, великий чудотворче.</w:t>
      </w:r>
    </w:p>
    <w:p>
      <w:pPr>
        <w:pStyle w:val="Heading2"/>
      </w:pPr>
      <w:r>
        <w:t>Кондак 5</w:t>
      </w:r>
    </w:p>
    <w:p>
      <w:r>
        <w:t>Дивне чудо являється тим, що прибігають до тебе, блаженний Миколаю, — священна твоя церква: у ній бо, приносячи й малу молитву, від великих недуг одержуємо зцілення, якщо тільки після Бога на тебе покладемо уповання, вірно взиваючи: Алилуя!</w:t>
      </w:r>
    </w:p>
    <w:p>
      <w:pPr>
        <w:pStyle w:val="Heading2"/>
      </w:pPr>
      <w:r>
        <w:t>Ікос 5</w:t>
      </w:r>
    </w:p>
    <w:p>
      <w:r>
        <w:t>Побачили три діви, через убогість на життя безчесне приготовані, велике твоє до бідних милосердя, преблаженний отче Миколаю, коли ти старцю – батькові їх уночі три вузлики золота таємно подав, визволяючи їх від падіння гріховного. Тому співаємо тобі:</w:t>
      </w:r>
    </w:p>
    <w:p>
      <w:r>
        <w:t>Радуйся, скарбнице милосердя; радуйся, золотоподателю для убогих.</w:t>
      </w:r>
    </w:p>
    <w:p>
      <w:r>
        <w:t>Радуйся, дівочої чистоти хранителю; радуйся, батьківської надії утішителю.</w:t>
      </w:r>
    </w:p>
    <w:p>
      <w:r>
        <w:t>Радуйся, Миколаю, великий чудотворче.</w:t>
      </w:r>
    </w:p>
    <w:p>
      <w:pPr>
        <w:pStyle w:val="Heading2"/>
      </w:pPr>
      <w:r>
        <w:t>Кондак 6</w:t>
      </w:r>
    </w:p>
    <w:p>
      <w:r>
        <w:t>Проповідує весь світ тебе, преблаженний Миколаю, як скорого в бідах заступника: бо багато разів в один час і подорожнім на землі, і тим, хто плаває на воді, передував ти і допомагав, усіх від усього злого зберігаючи, — тих, що взивають до Бога: Алилуя!</w:t>
      </w:r>
    </w:p>
    <w:p>
      <w:pPr>
        <w:pStyle w:val="Heading2"/>
      </w:pPr>
      <w:r>
        <w:t>Ікос 6</w:t>
      </w:r>
    </w:p>
    <w:p>
      <w:r>
        <w:t>Засяяв ти світлом життєносним, приносячи визволення воєначальникам, що мали прийняти несправедливу смерть. Ти з’явився уві сні цареві й наказав відпустити їх. Тому разом з ними вдячно співаємо тобі:</w:t>
      </w:r>
    </w:p>
    <w:p>
      <w:r>
        <w:t>Радуйся, швидкий помічнику тих, хто тебе кличе; радуйся, від несправедливої смерті визволителю.</w:t>
      </w:r>
    </w:p>
    <w:p>
      <w:r>
        <w:t>Радуйся, правди святої охоронцю; радуйся, неправедних суддів викривачу.</w:t>
      </w:r>
    </w:p>
    <w:p>
      <w:r>
        <w:t>Радуйся, Миколаю, великий чудотворче.</w:t>
      </w:r>
    </w:p>
    <w:p>
      <w:pPr>
        <w:pStyle w:val="Heading2"/>
      </w:pPr>
      <w:r>
        <w:t>Кондак 7</w:t>
      </w:r>
    </w:p>
    <w:p>
      <w:r>
        <w:t>Бажаючи відкинути єретичну темряву, ти явився як запашне миро, святителю Миколаю. Пасучи отару в Мирах, ти наповнив увесь світ благодаттю Божою. Віджени від нас сморід гріховний, щоб ми вдячно співали Богу: Алилуя!</w:t>
      </w:r>
    </w:p>
    <w:p>
      <w:pPr>
        <w:pStyle w:val="Heading2"/>
      </w:pPr>
      <w:r>
        <w:t>Ікос 7</w:t>
      </w:r>
    </w:p>
    <w:p>
      <w:r>
        <w:t>Новим Ноєм, керманичем ковчега спасіння знаємо тебе, святий отче Миколаю, що розганяєш бурю бід своїм заступництвом та приносиш Божественну тишу тим, що співають:</w:t>
      </w:r>
    </w:p>
    <w:p>
      <w:r>
        <w:t>Радуйся, тиха пристане для збентежених бурею; радуйся, надійне збереження тих, що тонуть.</w:t>
      </w:r>
    </w:p>
    <w:p>
      <w:r>
        <w:t>Радуйся, добрий керманичу для тих, що плавають на морі; радуйся, бо тобою вгамовуються вітри злі.</w:t>
      </w:r>
    </w:p>
    <w:p>
      <w:r>
        <w:t>Радуйся, Миколаю, великий чудотворче.</w:t>
      </w:r>
    </w:p>
    <w:p>
      <w:pPr>
        <w:pStyle w:val="Heading2"/>
      </w:pPr>
      <w:r>
        <w:t>Кондак 8</w:t>
      </w:r>
    </w:p>
    <w:p>
      <w:r>
        <w:t>Дивним заступником і покровителем являєшся ти всім вірним, блаженний Миколаю. Твоє дивне заступництво зміцнює нас у вірі й спонукає славити Господа і співати Йому: Алилуя!</w:t>
      </w:r>
    </w:p>
    <w:p>
      <w:pPr>
        <w:pStyle w:val="Heading2"/>
      </w:pPr>
      <w:r>
        <w:t>Ікос 8</w:t>
      </w:r>
    </w:p>
    <w:p>
      <w:r>
        <w:t>Благодать, дану тобі від Бога, пізнаючи, з радістю звершуємо, як належить, пам’ять твою, преславний отче Миколаю, і до дивного твого заступництва всією душею вдаємося, співаючи тобі:</w:t>
      </w:r>
    </w:p>
    <w:p>
      <w:r>
        <w:t>Радуйся, джерело зцілень невичерпне; радуйся, помічнику в жорстоких стражданнях.</w:t>
      </w:r>
    </w:p>
    <w:p>
      <w:r>
        <w:t>Радуйся, зоре, що світить грішникам у темряві; радуйся, небесна росо для втомлених працею.</w:t>
      </w:r>
    </w:p>
    <w:p>
      <w:r>
        <w:t>Радуйся, Миколаю, великий чудотворче.</w:t>
      </w:r>
    </w:p>
    <w:p>
      <w:pPr>
        <w:pStyle w:val="Heading2"/>
      </w:pPr>
      <w:r>
        <w:t>Кондак 9</w:t>
      </w:r>
    </w:p>
    <w:p>
      <w:r>
        <w:t>Усілякі болісті наші вгамуй, великий заступнику Миколаю, подаючи благодатне лікування, що усолоджує душі наші, а серця звеселяє усім, хто щиро по допомогу до тебе звертається, а Богові співає: Алилуя!</w:t>
      </w:r>
    </w:p>
    <w:p>
      <w:pPr>
        <w:pStyle w:val="Heading2"/>
      </w:pPr>
      <w:r>
        <w:t>Ікос 9</w:t>
      </w:r>
    </w:p>
    <w:p>
      <w:r>
        <w:t>Красномовці багатослівні не можуть висловити силу твоєї віри, якою ти подолав єресі й утвердив Церкву. Ми ж, утверджені тобою в православ’ї, взиваємо:</w:t>
      </w:r>
    </w:p>
    <w:p>
      <w:r>
        <w:t>Радуйся, щите християнського благочестя; радуйся, мечу, що посікає лжевчення.</w:t>
      </w:r>
    </w:p>
    <w:p>
      <w:r>
        <w:t>Радуйся, захиснику заповідей Божих; радуйся, вірний служителю Господній.</w:t>
      </w:r>
    </w:p>
    <w:p>
      <w:r>
        <w:t>Радуйся, Миколаю, великий чудотворче.</w:t>
      </w:r>
    </w:p>
    <w:p>
      <w:pPr>
        <w:pStyle w:val="Heading2"/>
      </w:pPr>
      <w:r>
        <w:t>Кондак 10</w:t>
      </w:r>
    </w:p>
    <w:p>
      <w:r>
        <w:t>Бажаючи спасти душу свою, ти, отче Миколаю, плоть свою підкорив воістину духові, спочатку мовчанням та боротьбою з помислами, а потім богомислення до діянь приєднав, а через богомислення розум звершений набув, котрим дерзновенно з Богом і ангелами бесідував, завжди співаючи: Алилуя!</w:t>
      </w:r>
    </w:p>
    <w:p>
      <w:pPr>
        <w:pStyle w:val="Heading2"/>
      </w:pPr>
      <w:r>
        <w:t>Ікос 10</w:t>
      </w:r>
    </w:p>
    <w:p>
      <w:r>
        <w:t>Стіною і захистом являєшся ти для всіх, хто прибігає до твого заступництва, преблаженний Миколаю. Збережи і нас від бід, убогості, хвороб та всякого зла, що з вірою співаємо тобі:</w:t>
      </w:r>
    </w:p>
    <w:p>
      <w:r>
        <w:t>Радуйся, від вічної бідності визволителю; радуйся, багатства нетлінного подателю.</w:t>
      </w:r>
    </w:p>
    <w:p>
      <w:r>
        <w:t>Радуйся, їже невичерпна для голодних; радуйся, пиття солодне для прагнучих правди.</w:t>
      </w:r>
    </w:p>
    <w:p>
      <w:r>
        <w:t>Радуйся, Миколаю, великий чудотворче.</w:t>
      </w:r>
    </w:p>
    <w:p>
      <w:pPr>
        <w:pStyle w:val="Heading2"/>
      </w:pPr>
      <w:r>
        <w:t>Кондак 11</w:t>
      </w:r>
    </w:p>
    <w:p>
      <w:r>
        <w:t>Співи наші не можуть зрівнятися з величчю чудес твоїх, святителю Миколаю. Проте ми приносимо тобі цю малу хвалу і вдячно співаємо Богу за тебе: Алилуя!</w:t>
      </w:r>
    </w:p>
    <w:p>
      <w:pPr>
        <w:pStyle w:val="Heading2"/>
      </w:pPr>
      <w:r>
        <w:t>Ікос 11</w:t>
      </w:r>
    </w:p>
    <w:p>
      <w:r>
        <w:t>Світлом небесним сяє життя твоє, отче Миколаю, просвічуючи душі наші і розганяючи темряву сумнівів та зневіри. Тому взиваємо до тебе з радістю:</w:t>
      </w:r>
    </w:p>
    <w:p>
      <w:r>
        <w:t>Радуйся, провіднику до Царства Небесного; радуйся, охоронцю душ наших від гріха.</w:t>
      </w:r>
    </w:p>
    <w:p>
      <w:r>
        <w:t>Радуйся, швидка розрадо для скорботних; радуйся, надіє наша після Бога і Богородиці.</w:t>
      </w:r>
    </w:p>
    <w:p>
      <w:r>
        <w:t>Радуйся, Миколаю, великий чудотворче.</w:t>
      </w:r>
    </w:p>
    <w:p>
      <w:pPr>
        <w:pStyle w:val="Heading2"/>
      </w:pPr>
      <w:r>
        <w:t>Кондак 12</w:t>
      </w:r>
    </w:p>
    <w:p>
      <w:r>
        <w:t>Знаючи, що маєш ти від Бога благодать, радісно святкуємо пам’ять твою, як належить, преславний отче Миколаю, і до дивного заступництва твого всією душею вдаємося, та, не маючи змоги перелічити преславних діл твоїх, співаємо Богу: Алилуя!</w:t>
      </w:r>
    </w:p>
    <w:p>
      <w:pPr>
        <w:pStyle w:val="Heading2"/>
      </w:pPr>
      <w:r>
        <w:t>Ікос 12</w:t>
      </w:r>
    </w:p>
    <w:p>
      <w:r>
        <w:t>Оспівуючи твої чудеса, прославляємо тебе, великий чудотворче Миколаю, бо в тобі прославився Бог, що дарував нам такого великого заступника й захисника. З вірою і любов’ю співаємо тобі:</w:t>
      </w:r>
    </w:p>
    <w:p>
      <w:r>
        <w:t>Радуйся, Царя царів і Господа владик вірний служителю; радуйся, служителів Його небесних співжителю.</w:t>
      </w:r>
    </w:p>
    <w:p>
      <w:r>
        <w:t>Радуйся, бо тобою від смерті вічної ми визволяємось; радуйся, бо тобою життя вічного сподобляємось.</w:t>
      </w:r>
    </w:p>
    <w:p>
      <w:r>
        <w:t>Радуйся, Миколаю, великий чудотворче.</w:t>
      </w:r>
    </w:p>
    <w:p>
      <w:pPr>
        <w:pStyle w:val="Heading2"/>
      </w:pPr>
      <w:r>
        <w:t>Кондак 13</w:t>
      </w:r>
    </w:p>
    <w:p>
      <w:r>
        <w:t>О пресвятий і предивний отче Миколаю, утіхо всім скорботним! Прийми нашу нинішню хвалу тобі і боговгодним твоїм заступництвом ублагай Господа, щоб спаслися ми від вічних мук і з тобою Йому співали: Алилуя!</w:t>
      </w:r>
    </w:p>
    <w:p>
      <w:pPr>
        <w:pStyle w:val="Heading2"/>
      </w:pPr>
      <w:r>
        <w:t>МОЛИТВА ДО СВЯТИТЕЛЯ МИКОЛАЯ</w:t>
      </w:r>
    </w:p>
    <w:p>
      <w:r>
        <w:t>О всеблагий отче наш Миколаю, пастирю i вчителю всiх, хто з вiрою вдається пiд захист твiй i теплою молитвою благає тебе: поспiши й захисти отару Христову вiд вовкiв, що гублять її; і кожну країну християнську захисти і збережи святими твоїми молитвами вiд мирського заколоту, землетрусу, нашестя чужинцiв i міжусобної війни; вiд голоду, потопу, вогню, меча і наглої смерті. І як помилував ти трьох мужів, що в в'язниці сиділи, і визволив їх від гніву царського і січення мечем, так помилуй і нас, що розумом, словом і ділом у темряві гріхів перебуваємо, і визволи нас від гніву Божого і вічної кари, щоб за твоїм заступництвом і поміччю, Своєю ж благодаттю і милосердям, Христос Бог дав нам тихе і безгрішне життя прожити на цьому світі, і визволив нас від засудження стояти ліворуч, а сподобив стати праворуч з усіма святими. Амінь.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