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ORACIONES A SAN NICOLAS DE BARI</w:t>
      </w:r>
    </w:p>
    <w:p>
      <w:r>
        <w:t>Este folleto contiene las oraciones de intercesión más poderosas y canónicas para pedir el auxilio de San Nicolás de Bari (San Nicolás de Myra, el taumaturgo o hacedor de milagros) para casos difíciles, necesidades económicas, el empleo honesto, y la protección de los niños y las familias.</w:t>
      </w:r>
    </w:p>
    <w:p>
      <w:r>
        <w:t>Fuente y oraciones canónicas completas: https://pray.ee/</w:t>
      </w:r>
    </w:p>
    <w:p>
      <w:pPr>
        <w:pStyle w:val="Heading2"/>
      </w:pPr>
      <w:r>
        <w:t>1. Oración principal de petición a San Nicolás de Bari (Casos difíciles)</w:t>
      </w:r>
    </w:p>
    <w:p>
      <w:r>
        <w:t>«¡Oh glorioso San Nicolás de Bari, protector de los afligidos y hacedor de milagros! Dios te ha dotado de un don extraordinario de compasión y caridad para acudir en auxilio de los que sufren. Dirijo mi plegaria a ti en este día de prueba, pidiendo que alcances del Señor la gracia que tanto necesito en mi actual tribulación (mencione aquí su petición difícil). Tú que defendiste la fe con celo y salvaste a tantos inocentes de la muerte y del desespero, intercede ante el Trono del Altísimo por mí y por mi familia, llenándonos de Tu paz y bendición. Amén.»</w:t>
      </w:r>
    </w:p>
    <w:p>
      <w:pPr>
        <w:pStyle w:val="Heading2"/>
      </w:pPr>
      <w:r>
        <w:t>2. Oración por la protección de los hijos y el hogar</w:t>
      </w:r>
    </w:p>
    <w:p>
      <w:r>
        <w:t>«San Nicolás, tú eres conocido como el tierno protector de los niños, a quienes por tu caridad secreta salvaste de la ruina y de la deshonra. Te encomiendo hoy con profunda fe a mis hijos (nombres) y a todo mi hogar. Cúbrelos con tu protección celestial, presérvalos de las malas influencias de este mundo, de enfermedades y peligros físicos, y guíalos por el camino del respeto, la obediencia y el amor familiar. Amén.»</w:t>
      </w:r>
    </w:p>
    <w:p>
      <w:pPr>
        <w:pStyle w:val="Heading2"/>
      </w:pPr>
      <w:r>
        <w:t>3. Oración para pedir trabajo, empleo y prosperidad honesta</w:t>
      </w:r>
    </w:p>
    <w:p>
      <w:r>
        <w:t>«¡Oh bienaventurado San Nicolás de Bari, patrono de los trabajadores y necesitados! Tú que siempre te preocupaste por aliviar la pobreza material de tu pueblo, proporcionando oro en secreto para salvar a las familias de la miseria. Mira mi necesidad de empleo y ayúdame a encontrar un trabajo honesto, digno y bien remunerado que me permita sostener a mi familia y ser útil a la sociedad. Bendice mis esfuerzos, fortalece mis manos y aleja la escasez de nuestro hogar. Amén.»</w:t>
      </w:r>
    </w:p>
    <w:p>
      <w:r>
        <w:t>Encuentre más oraciones, salmos y guías de ascesis espiritual en nuestro sitio web oficial: https://pray.ee/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