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АКАФІСТ ДО СВЯТОГО АРХИСТРАТИГА МИХАЇЛА</w:t>
      </w:r>
    </w:p>
    <w:p>
      <w:r>
        <w:t>Вибраний Небесних Сил воєводо i роду людського заступнику, тобi, що вiд скорбот нас визволяєш, подячнi пiснi приносимо; а ти ж, як той, що стоїть перед Престолом Царя Слави, вiд усяких нас бiд визволяй, щоб з вiрою і любов'ю співали тобі: Радуйся, Михаїле, великий Архистратиже, з усіма Небесними Силами.</w:t>
      </w:r>
    </w:p>
    <w:p>
      <w:pPr>
        <w:pStyle w:val="Heading2"/>
      </w:pPr>
      <w:r>
        <w:t>Ікос 1</w:t>
      </w:r>
    </w:p>
    <w:p>
      <w:r>
        <w:t>Тебе, Михаїле, як ангельських вогнеподiбних чинiв предстоятеля, ангельськими й словами належить звеличувати, але, доки навченi будемо тобою небесним словам, вислухай, хоч i вiд людських, але вдячних вуст такi привiтання:</w:t>
      </w:r>
    </w:p>
    <w:p>
      <w:r>
        <w:t>Радуйся, зоре свiту первообразна; радуйся, свiтильнику iстини й правди золотосяйний.</w:t>
      </w:r>
    </w:p>
    <w:p>
      <w:r>
        <w:t>Радуйся, бо перший серед ангелiв ти побачив промiння Свiтла Несотворенного; радуйся, ангелiв начальнику.</w:t>
      </w:r>
    </w:p>
    <w:p>
      <w:r>
        <w:t>Радуйся, Михаїле, великий Архистратиже, з усiма Небесними Силами.</w:t>
      </w:r>
    </w:p>
    <w:p>
      <w:pPr>
        <w:pStyle w:val="Heading2"/>
      </w:pPr>
      <w:r>
        <w:t>Кондак 2</w:t>
      </w:r>
    </w:p>
    <w:p>
      <w:r>
        <w:t>Бачачи силу і славу правиці Творця, ти став на чолі небесних воїнств проти гордого денниці, що дихав злобою проти Бога. Коли ж його із темними силами скинуто було з небес, вигукнув єси разом із воїнством твоїм радісно: Алилуя!</w:t>
      </w:r>
    </w:p>
    <w:p>
      <w:pPr>
        <w:pStyle w:val="Heading2"/>
      </w:pPr>
      <w:r>
        <w:t>Ікос 2</w:t>
      </w:r>
    </w:p>
    <w:p>
      <w:r>
        <w:t>Розум чистий i вiльний вiд пристрастей виблагай нам, пречудний Михаїле, небесних чинiв начальнику, щоб, пiднiсшись думкою вiд земного до небесного, похвальну пiсню таку тобi спiвали:</w:t>
      </w:r>
    </w:p>
    <w:p>
      <w:r>
        <w:t>Радуйся, споглядачу найближчий невимовної Божої краси й доброти; радуйся, задумiв Пресвятої Тройцi прещирий таємнику.</w:t>
      </w:r>
    </w:p>
    <w:p>
      <w:r>
        <w:t>Радуйся, превічних законiв Троїчних вiрний виконавцю; радуйся, бо перед тобою тремтять сили пекельнi.</w:t>
      </w:r>
    </w:p>
    <w:p>
      <w:r>
        <w:t>Радуйся, Михаїле, великий Архистратиже, з усiма Небесними Силами.</w:t>
      </w:r>
    </w:p>
    <w:p>
      <w:pPr>
        <w:pStyle w:val="Heading2"/>
      </w:pPr>
      <w:r>
        <w:t>Кондак 3</w:t>
      </w:r>
    </w:p>
    <w:p>
      <w:r>
        <w:t>Силою Божою ти утихомирюєш бурі життєві та оберігаєш нас у битвах із ворогами душі й тіла нашого, Архистратиже Михаїле. Будь нам міцною допомогою у скруті, щоб мы завжди співали Господу: Алилуя!</w:t>
      </w:r>
    </w:p>
    <w:p>
      <w:pPr>
        <w:pStyle w:val="Heading2"/>
      </w:pPr>
      <w:r>
        <w:t>Ікос 3</w:t>
      </w:r>
    </w:p>
    <w:p>
      <w:r>
        <w:t>Має тебе, архангеле Михаїле, весь рiд християнський за великого заступника i дивного в битвах iз супротивниками помiчника. Бажаючи отримати твій святий покров, взиваємо:</w:t>
      </w:r>
    </w:p>
    <w:p>
      <w:r>
        <w:t>Радуйся, бо тобою сатана, як блискавка, скинутий був з неба; радуйся, бо тобою бережений рiд людський до небес сходить.</w:t>
      </w:r>
    </w:p>
    <w:p>
      <w:r>
        <w:t>Радуйся, непереможний воїне Христів; радуйся, скорий у бідах утішителю.</w:t>
      </w:r>
    </w:p>
    <w:p>
      <w:r>
        <w:t>Радуйся, Михаїле, великий Архистратиже, з усiма Небесними Силами.</w:t>
      </w:r>
    </w:p>
    <w:p>
      <w:pPr>
        <w:pStyle w:val="Heading2"/>
      </w:pPr>
      <w:r>
        <w:t>Кондак 13</w:t>
      </w:r>
    </w:p>
    <w:p>
      <w:r>
        <w:t>О пречудний архангелiв i ангелiв начальнику, за предивне служiння твоє для спасiння роду людського прийми вiд нас вознесений тобi нинi голос хвали й подяки i, як сповнений силою Божою, захисти нас покровом духовних крил твоїх вiд усiх ворогiв видимих i невидимих, щоб ми співали Богу: Алилуя!</w:t>
      </w:r>
    </w:p>
    <w:p>
      <w:pPr>
        <w:pStyle w:val="Heading2"/>
      </w:pPr>
      <w:r>
        <w:t>МОЛИТВА ДО СВЯТОГО АРХИСТРАТИГА МИХАЇЛА</w:t>
      </w:r>
    </w:p>
    <w:p>
      <w:r>
        <w:t>Святий і великий Архангеле Божий Михаїле, першоангеле Небесних Сил, заступнику і хоронителю роду людського! Покрий нас покровом крил твоїх від ворогів видимих і невидимих, від злих духів і підступів диявольських. Зміцни нашу слабку волю, випроси у Господа прощення гріхів наших та сподоби нас тихо і праведно жити у цьому віці, а в майбутньому — увійти у Царство Небесне разом з усіма святими. Амінь.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