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ORACION DE PROTECCION AL SAN MIGUEL ARCANGEL</w:t>
      </w:r>
    </w:p>
    <w:p>
      <w:r>
        <w:t>Esta oración es el escudo místico más poderoso de la Iglesia para pedir la protección del Príncipe de las Milicias Celestiales contra las fuerzas del mal, envidias, peligros físicos y asechanzas demoníacas. Basado en la historia canónica de León XIII.</w:t>
      </w:r>
    </w:p>
    <w:p>
      <w:r>
        <w:t>Fuente y oraciones canónicas completas: https://pray.ee/</w:t>
      </w:r>
    </w:p>
    <w:p>
      <w:pPr>
        <w:pStyle w:val="Heading2"/>
      </w:pPr>
      <w:r>
        <w:t>1. Oración canónica a San Miguel Arcángel de protección</w:t>
      </w:r>
    </w:p>
    <w:p>
      <w:r>
        <w:t>«San Miguel Arcángel, defiéndenos en la batalla. Sé nuestro amparo contra la perversidad y acechanzas del demonio. Reprímale Dios, pedimos suplicantes, y tú, oh Príncipe de la Milicia Celestial, arroja al infierno con el divino poder a satanás y a los otros espíritus malignos que andan dispersos por el mundo para la perdición de las almas. Amén.»</w:t>
      </w:r>
    </w:p>
    <w:p>
      <w:pPr>
        <w:pStyle w:val="Heading2"/>
      </w:pPr>
      <w:r>
        <w:t>2. Oración de protección de San Miguel contra todo mal</w:t>
      </w:r>
    </w:p>
    <w:p>
      <w:r>
        <w:t>«¡Oh glorioso Arcángel San Miguel, tú que eres el protector de las almas y el defensor del pueblo de Dios! Te ruego con profunda fe que me rodees con tu escudo de luz celestial, guardando mi vida, mi familia, mi salud y mi trabajo de toda mala intención, envidia, chisme, mal de ojo y brujería de mis enemigos visibles e invisibles. Que tu espada de fuego corte de raíz cualquier influencia negativa y nos mantenga en la paz y el amor de Jesucristo. Amén.»</w:t>
      </w:r>
    </w:p>
    <w:p>
      <w:r>
        <w:t>Para más oraciones de liberación espiritual, visite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