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THE PRAYER TO SAINT MICHAEL THE ARCHANGEL</w:t>
      </w:r>
    </w:p>
    <w:p>
      <w:r>
        <w:t>The Prayer to Saint Michael the Archangel is one of the most beloved and powerful Christian protective prayers for spiritual warfare. Composed by Pope Leo XIII in 1886 following a profound mystical vision, this prayer invokes the prince of the heavenly host to defend us in the daily battle against evil.</w:t>
      </w:r>
    </w:p>
    <w:p>
      <w:pPr>
        <w:pStyle w:val="Heading2"/>
      </w:pPr>
      <w:r>
        <w:t>1. The Traditional Text of the Prayer to Saint Michael</w:t>
      </w:r>
    </w:p>
    <w:p>
      <w:r>
        <w:t>"Saint Michael the Archangel, defend us in battle. Be our protection against the wickedness and snares of the devil. May God rebuke him, we humbly pray; and do thou, O Prince of the Heavenly Host, by the power of God, cast into hell Satan and all the evil spirits who prowl about the world seeking the ruin of souls. Amen."</w:t>
      </w:r>
    </w:p>
    <w:p>
      <w:pPr>
        <w:pStyle w:val="Heading2"/>
      </w:pPr>
      <w:r>
        <w:t>2. Prayer for Soldiers and First Responders under St. Michael's Patronage</w:t>
      </w:r>
    </w:p>
    <w:p>
      <w:r>
        <w:t>"Saint Michael the Archangel, patron of those who protect and serve, shield our defenders and first responders on duty this day. Give them courage in danger, calm in confusion, justice in every decision, and bring them home safely to the people who love them. Amen."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