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C3E50"/>
          <w:sz w:val="32"/>
        </w:rPr>
        <w:t>ORACIONES AL ARCÁNGEL SAN MIGUEL</w:t>
      </w:r>
    </w:p>
    <w:p>
      <w:r>
        <w:t>El Arcángel San Miguel es el glorioso Comandante de las Huestes Celestiales, el defensor invencible contra las fuerzas de la oscuridad y el protector de la Iglesia y las familias. Este folleto contiene las oraciones de combate espiritual más poderosas para romper las asechanzas del mal y bendecir el hogar.</w:t>
      </w:r>
    </w:p>
    <w:p>
      <w:pPr>
        <w:spacing w:before="240" w:after="120"/>
      </w:pPr>
      <w:r>
        <w:rPr>
          <w:b/>
          <w:color w:val="16A085"/>
          <w:sz w:val="26"/>
        </w:rPr>
        <w:t>1. Oración canónica de liberación del Arcángel San Miguel</w:t>
      </w:r>
    </w:p>
    <w:p>
      <w:pPr>
        <w:ind w:left="360"/>
      </w:pPr>
      <w:r>
        <w:rPr>
          <w:i/>
          <w:color w:val="7F8C8D"/>
        </w:rPr>
        <w:t>«¡Oh glorioso Arcángel San Miguel, Príncipe de la Milicia Celestial y defensor de nuestras almas! Te suplicamos que con tu espada de fuego rompas todas las cadenas del pecado, la envidia, los maleficios y las asechanzas del diablo que intentan oprimir nuestras vidas y nuestro hogar. Sé nuestro escudo en las batallas cotidianas contra el mal, danos valor y pureza de corazón, y defiéndenos ante el Juicio final del Altísimo. Que por tu intercesión seamos protegidos bajo el manto del Espíritu Santo. Amén.»</w:t>
      </w:r>
    </w:p>
    <w:p>
      <w:pPr>
        <w:spacing w:before="240" w:after="120"/>
      </w:pPr>
      <w:r>
        <w:rPr>
          <w:b/>
          <w:color w:val="16A085"/>
          <w:sz w:val="26"/>
        </w:rPr>
        <w:t>2. Oración del Papa León XIII para protección diaria</w:t>
      </w:r>
    </w:p>
    <w:p>
      <w:pPr>
        <w:ind w:left="360"/>
      </w:pPr>
      <w:r>
        <w:rPr>
          <w:i/>
          <w:color w:val="7F8C8D"/>
        </w:rPr>
        <w:t>«San Miguel Arcángel, defiéndenos en la lucha. Sé nuestro amparo contra la perversidad y acechanzas del demonio. Reprímale Dios, pedimos suplicantes, y tú, Príncipe de la Milicia Celestial, arroja al infierno con el divino poder a Satanás y a los otros espíritus malignos que andan dispersos por el mundo para la perdición de las almas. Amén.»</w:t>
      </w:r>
    </w:p>
    <w:p>
      <w:pPr>
        <w:spacing w:before="300"/>
      </w:pPr>
    </w:p>
    <w:p>
      <w:pPr>
        <w:jc w:val="center"/>
      </w:pPr>
      <w:r>
        <w:t xml:space="preserve">Descargado de </w:t>
      </w:r>
      <w:hyperlink r:id="rId9">
        <w:r>
          <w:rPr>
            <w:color w:val="0056B3"/>
          </w:rPr>
          <w:t>https://pray.ee/</w:t>
        </w:r>
      </w:hyperlink>
    </w:p>
    <w:sectPr w:rsidR="00FC693F" w:rsidRPr="0006063C" w:rsidSect="00034616">
      <w:pgSz w:w="12240" w:h="15840"/>
      <w:pgMar w:top="800" w:right="800" w:bottom="80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ray.e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