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CHAPLET OF THE DIVINE MERCY: COMPLETE TEXT AND ORDER OF PRAYER</w:t>
      </w:r>
    </w:p>
    <w:p>
      <w:r>
        <w:t>The Chaplet of the Divine Mercy is a profound and highly popular Christian prayer devotion received by Polish nun Saint Faustina Kowalska in a vision in 1935. The prayer centers on imploring God's mercy for the whole world through the sacrifice of Christ on Calvary.</w:t>
      </w:r>
    </w:p>
    <w:p>
      <w:pPr>
        <w:pStyle w:val="Heading2"/>
      </w:pPr>
      <w:r>
        <w:t>1. How to Pray the Divine Mercy Chaplet using Rosary Beads</w:t>
      </w:r>
    </w:p>
    <w:p>
      <w:r>
        <w:t>The chaplet is typically prayed using standard rosary beads:</w:t>
      </w:r>
    </w:p>
    <w:p>
      <w:r>
        <w:t>At the Beginning:</w:t>
      </w:r>
    </w:p>
    <w:p>
      <w:r>
        <w:t>- Make the Sign of the Cross: In the name of the Father, and of the Son, and of the Holy Spirit. Amen.</w:t>
      </w:r>
    </w:p>
    <w:p>
      <w:r>
        <w:t>- Pray one Our Father...</w:t>
      </w:r>
    </w:p>
    <w:p>
      <w:r>
        <w:t>- Pray one Hail Mary...</w:t>
      </w:r>
    </w:p>
    <w:p>
      <w:r>
        <w:t>- Recite the Apostles' Creed...</w:t>
      </w:r>
    </w:p>
    <w:p>
      <w:r>
        <w:t>On the Large Beads (instead of the Our Father):</w:t>
      </w:r>
    </w:p>
    <w:p>
      <w:r>
        <w:t>"Eternal Father, I offer Thee the Body and Blood, Soul and Divinity of Thy Dearly Beloved Son, our Lord Jesus Christ, in atonement for our sins and those of the whole world."</w:t>
      </w:r>
    </w:p>
    <w:p>
      <w:r>
        <w:t>On the Small Beads (instead of the Hail Mary — 10 times):</w:t>
      </w:r>
    </w:p>
    <w:p>
      <w:r>
        <w:t>"For the sake of His sorrowful Passion, have mercy on us and on the whole world."</w:t>
      </w:r>
    </w:p>
    <w:p>
      <w:r>
        <w:t>At the Conclusion (after 5 decades — 3 times):</w:t>
      </w:r>
    </w:p>
    <w:p>
      <w:r>
        <w:t>"Holy God, Holy Mighty One, Holy Immortal One, have mercy on us and on the whole world."</w:t>
      </w:r>
    </w:p>
    <w:p>
      <w:r>
        <w:t>Final Invocation: "Jesus, I trust in You!"</w:t>
      </w:r>
    </w:p>
    <w:p>
      <w:pPr>
        <w:pStyle w:val="Heading2"/>
      </w:pPr>
      <w:r>
        <w:t>2. Promises Given to Devotees</w:t>
      </w:r>
    </w:p>
    <w:p>
      <w:r>
        <w:t>According to Saint Faustina's diary, Jesus promised exceptional graces to those who pray this chaplet:</w:t>
      </w:r>
    </w:p>
    <w:p>
      <w:r>
        <w:t>- Protection and great mercy at the hour of death for everyone who recites the chaplet.</w:t>
      </w:r>
    </w:p>
    <w:p>
      <w:r>
        <w:t>- Grace and salvation for the dying when others pray the chaplet at their bedside.</w:t>
      </w:r>
    </w:p>
    <w:p>
      <w:r>
        <w:t>- Sincere peace and reconciliation even for the most hardened sinners if they recite it only once.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