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МОЛИТВА ДО СВЯТОЇ МАРТИ НА 9 ВІВТОРКІВ ДЛЯ ЗДІЙСНЕННЯ БАЖАНЬ</w:t>
      </w:r>
    </w:p>
    <w:p>
      <w:r>
        <w:t>Свята Марта з Віфанії є покровителькою сімейного затишку, домашнього вогнища та помічницею у важких життєвих потребах. Молитва до неї на 9 вівторків відома у всьому християнському світі своєю дивовижною силою допомагати у вирішенні складних проблем та здійсненні праведних бажань, що збігаються з волею Божою.</w:t>
      </w:r>
    </w:p>
    <w:p>
      <w:pPr>
        <w:pStyle w:val="Heading2"/>
      </w:pPr>
      <w:r>
        <w:t>1. Молитва до Святої Марти на 9 вівторків (повний текст)</w:t>
      </w:r>
    </w:p>
    <w:p>
      <w:r>
        <w:t>«О, свята Марто, ти дивна чудотворице! Звертаюся до тебе за допомогою і повністю покладаюся на твоє заступництво у моїх потребах. На знак моєї подяки обіцяю тобі поширювати цю молитву і славити твоє ім'я. Упокорено і слізно прошу: утіш мене в моїх турботах і скорботах. Ради тієї великої радості, яка наповнила твоє серце, коли ти приймала у своєму домі в Віфанії Спасителя світу Ісуса Христа, благаю тебе: помолися за мене і за мою родину, щоб ми зберегли Бога у своїх серцях і сподобилися отримати допомогу у наших потребах, особливо у тій складній справі, яка мене зараз найбільше гнітить (висловіть своє прохання). Прошу тебе, покровителько у кожній нужді: допоможи мені подолати всі труднощі так, як ти перемогла древнього змія. Амінь.»</w:t>
      </w:r>
    </w:p>
    <w:p>
      <w:pPr>
        <w:pStyle w:val="Heading2"/>
      </w:pPr>
      <w:r>
        <w:t>2. Молитва до Святої Марти про благословення родини</w:t>
      </w:r>
    </w:p>
    <w:p>
      <w:r>
        <w:t>«Свята Марто, вірна служителько Господня! Ти дбала про затишок та спокій у своєму домі, де відпочивав Сам Христос. Просимо тебе, благослови і наш дім, принеси у нього мир, злагоду, взаємне розуміння та міцну віру. Захисти нашу сім'ю від ворожнечі, злих людей, хвороб та всякого лиха. Навчи нас, подібно до тебе, з радістю служити Богу та ближнім нашим. Амінь.»</w:t>
      </w:r>
    </w:p>
    <w:p>
      <w:pPr>
        <w:pStyle w:val="Heading2"/>
      </w:pPr>
      <w:r>
        <w:t>3. Подячна молитва до Святої Марти</w:t>
      </w:r>
    </w:p>
    <w:p>
      <w:r>
        <w:t>«О, свята Марто, ласкава наша заступнице! З усього серця дякую тобі за твою дивовижну допомогу і за вислухання мого прохання, яке я підносив протягом цих дев'яти вівторків. Твоє милосердне клопотання перед Господом Богом принесло спокій у мою душу та вирішило мою важку справу. Обіцяю завжди пам'ятати про твоє благодатне заступництво і славити Бога, дивного у святих Своїх. Амінь.»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