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PRAYER TO SAINT MARTHA FOR 9 TUESDAYS FOR FULFILLMENT OF WISHES</w:t>
      </w:r>
    </w:p>
    <w:p>
      <w:r>
        <w:t>Saint Martha of Bethany is the patron saint of household peace, family life, and a helper in difficult needs. The prayer to her for 9 consecutive Tuesdays is widely known throughout the Christian world for its amazing power to assist in difficult situations and grant righteous desires that align with God's holy will.</w:t>
      </w:r>
    </w:p>
    <w:p>
      <w:pPr>
        <w:pStyle w:val="Heading2"/>
      </w:pPr>
      <w:r>
        <w:t>1. Prayer to Saint Martha for 9 Tuesdays (Full Text)</w:t>
      </w:r>
    </w:p>
    <w:p>
      <w:r>
        <w:t>"O blessed Saint Martha, I fly to thee for aid and protection. In proof of my affection and thanksgiving, I offer thee this prayer, promising to spread devotion to thee. Console me in my difficulties and through that great joy which saturated thy heart when thou didst entertain the Savior of the world, Jesus Christ, in thy home in Bethany, intercede for me and my family, that we may retain God in our hearts and obtain a remedy for our necessities, especially in this desperate case which now oppresses me (state your petition). I implore thee, helper in every need: help me overcome all difficulties as thou didst defeat the dragon. Amen."</w:t>
      </w:r>
    </w:p>
    <w:p>
      <w:pPr>
        <w:pStyle w:val="Heading2"/>
      </w:pPr>
      <w:r>
        <w:t>2. Prayer to Saint Martha for Family Blessing</w:t>
      </w:r>
    </w:p>
    <w:p>
      <w:r>
        <w:t>"Saint Martha, faithful servant of our Lord! You cared for the comfort and peace in your home where Christ Himself rested. We pray thee, bless our home as well, and bring peace, harmony, mutual understanding, and steadfast faith to our family. Guard us from discord, evil people, sickness, and all misfortune. Teach us, like you, to joyfully serve God and our neighbors. Amen."</w:t>
      </w:r>
    </w:p>
    <w:p>
      <w:pPr>
        <w:pStyle w:val="Heading2"/>
      </w:pPr>
      <w:r>
        <w:t>3. Thanksgiving Prayer to Saint Martha</w:t>
      </w:r>
    </w:p>
    <w:p>
      <w:r>
        <w:t>"O blessed Saint Martha, our merciful intercessor! From the depth of my heart, I thank you for your wonderful assistance and for hearing my petition which I offered during these nine Tuesdays. Your merciful intercession before our Lord God brought peace to my soul and resolved my difficult matter. I promise to ever remember your grace and to glorify God Who is wondrous in His Saints.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