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МОЛИТВИ ДО СВЯТОГО АПОСТОЛА ЮДИ ТАДЕЯ У ВАЖКИХ ТА БЕЗНАДІЙНИХ СПРАВАХ</w:t>
      </w:r>
    </w:p>
    <w:p>
      <w:r>
        <w:t>Святий апостол Юда Тадей є покровителем у найважчих, заплутаних та безнадійних ситуаціях. Його заступництво має особливу силу перед Господом, коли людська допомога здається марною. Нижче зібрані найсильніші молитви та дев'ятниця до святого Тадея.</w:t>
      </w:r>
    </w:p>
    <w:p>
      <w:pPr>
        <w:pStyle w:val="Heading2"/>
      </w:pPr>
      <w:r>
        <w:t>1. Молитва до святого Юди Тадея у важких обставинах життя</w:t>
      </w:r>
    </w:p>
    <w:p>
      <w:r>
        <w:t>«Святий Юдо Тадею, близький родичу нашого Спасителя Ісуса Христа, великий апостоле і мученику! Ти прославився своєю глибокою вірою і любов'ю до Бога. Церква Христова шанує тебе як покровителя у безнадійних і вкрай важких справах. Звертаюся до тебе у моїй великій потребі і скруті (висловіть своє прохання). Прошу тебе, випроси у Всемилосердного Господа благодать допомогти мені у моїй біді. Обіцяю завжди пам'ятати про твоє благодатне заступництво, поширювати твою славу та щиро дякувати Богові за Його милосердя. Амінь.»</w:t>
      </w:r>
    </w:p>
    <w:p>
      <w:pPr>
        <w:pStyle w:val="Heading2"/>
      </w:pPr>
      <w:r>
        <w:t>2. Дев'ятниця (новена) до апостола Юди Тадея</w:t>
      </w:r>
    </w:p>
    <w:p>
      <w:r>
        <w:t>«О, преславний апостоле і мученику Христів, святий Юдо Тадею! Споглянь на мене, грішного, з висоти небесної слави твоїй. Ти маєш особливий дар допомагати тим, хто перебуває у відчаї та безнадійних ситуаціях. Протягом цих дев'яти днів я ревно молюся до тебе і прошу про заступництво перед Престолом Господнім. Випроси для мене прощення гріхів моїх, зміцнення у вірі, терпіння у випробуваннях та вирішення моєї складної справи. Нехай буде воля Божа у всьому, а я вдячно прославлятиму Бога та твоє святе ім'я. Амінь.»</w:t>
      </w:r>
    </w:p>
    <w:p>
      <w:pPr>
        <w:pStyle w:val="Heading2"/>
      </w:pPr>
      <w:r>
        <w:t>3. Подячна молитва до святого Юди Тадея</w:t>
      </w:r>
    </w:p>
    <w:p>
      <w:r>
        <w:t>«О, святий апостоле Юдо Тадею! З усього серця дякую тобі за твоє дивовижне заступництво і за допомогу, яку я отримав у моїй безнадійній справі. Ти вислухав моє благання і доніс його до Господа Бога нашого, Який вилив на мене Свою милість. Обіцяю бути вдячним тобі до кінця мого життя, свідчити про твою допомогу іншим людям і прославляти всесвяте ім'я Отця, і Сина, і Святого Духа. Амінь.»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